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CC3DDF" w14:textId="77777777" w:rsidR="00435517" w:rsidRDefault="008222D4">
      <w:pPr>
        <w:jc w:val="center"/>
      </w:pPr>
      <w:r>
        <w:rPr>
          <w:b/>
          <w:sz w:val="28"/>
        </w:rPr>
        <w:t>TECHNICAL EVALUATION</w:t>
      </w:r>
    </w:p>
    <w:p w14:paraId="756E7DBC" w14:textId="77777777" w:rsidR="00435517" w:rsidRDefault="00435517"/>
    <w:tbl>
      <w:tblPr>
        <w:tblStyle w:val="TableGrid"/>
        <w:tblW w:w="11088" w:type="dxa"/>
        <w:jc w:val="center"/>
        <w:tblLayout w:type="fixed"/>
        <w:tblLook w:val="04A0" w:firstRow="1" w:lastRow="0" w:firstColumn="1" w:lastColumn="0" w:noHBand="0" w:noVBand="1"/>
      </w:tblPr>
      <w:tblGrid>
        <w:gridCol w:w="648"/>
        <w:gridCol w:w="3384"/>
        <w:gridCol w:w="936"/>
        <w:gridCol w:w="864"/>
        <w:gridCol w:w="5256"/>
      </w:tblGrid>
      <w:tr w:rsidR="00435517" w14:paraId="218FB205" w14:textId="77777777" w:rsidTr="00545246">
        <w:trPr>
          <w:jc w:val="center"/>
        </w:trPr>
        <w:tc>
          <w:tcPr>
            <w:tcW w:w="648" w:type="dxa"/>
            <w:vAlign w:val="center"/>
          </w:tcPr>
          <w:p w14:paraId="2ADA7A74" w14:textId="77777777" w:rsidR="00435517" w:rsidRPr="00CF1D91" w:rsidRDefault="008222D4">
            <w:pPr>
              <w:jc w:val="center"/>
              <w:rPr>
                <w:szCs w:val="20"/>
              </w:rPr>
            </w:pPr>
            <w:r w:rsidRPr="00CF1D91">
              <w:rPr>
                <w:b/>
                <w:szCs w:val="20"/>
              </w:rPr>
              <w:t>Item</w:t>
            </w:r>
          </w:p>
        </w:tc>
        <w:tc>
          <w:tcPr>
            <w:tcW w:w="3384" w:type="dxa"/>
            <w:vAlign w:val="center"/>
          </w:tcPr>
          <w:p w14:paraId="1A987003" w14:textId="77777777" w:rsidR="00435517" w:rsidRPr="00CF1D91" w:rsidRDefault="008222D4">
            <w:pPr>
              <w:jc w:val="center"/>
              <w:rPr>
                <w:szCs w:val="20"/>
              </w:rPr>
            </w:pPr>
            <w:r w:rsidRPr="00CF1D91">
              <w:rPr>
                <w:b/>
                <w:szCs w:val="20"/>
              </w:rPr>
              <w:t>Mandatory Requirement</w:t>
            </w:r>
          </w:p>
        </w:tc>
        <w:tc>
          <w:tcPr>
            <w:tcW w:w="936" w:type="dxa"/>
            <w:vAlign w:val="center"/>
          </w:tcPr>
          <w:p w14:paraId="650DDB95" w14:textId="77777777" w:rsidR="00435517" w:rsidRPr="00CF1D91" w:rsidRDefault="008222D4">
            <w:pPr>
              <w:jc w:val="center"/>
              <w:rPr>
                <w:szCs w:val="20"/>
              </w:rPr>
            </w:pPr>
            <w:r w:rsidRPr="00CF1D91">
              <w:rPr>
                <w:b/>
                <w:szCs w:val="20"/>
              </w:rPr>
              <w:t>Weight</w:t>
            </w:r>
          </w:p>
        </w:tc>
        <w:tc>
          <w:tcPr>
            <w:tcW w:w="864" w:type="dxa"/>
            <w:vAlign w:val="center"/>
          </w:tcPr>
          <w:p w14:paraId="5FADE1AE" w14:textId="77777777" w:rsidR="00435517" w:rsidRPr="00CF1D91" w:rsidRDefault="008222D4">
            <w:pPr>
              <w:jc w:val="center"/>
              <w:rPr>
                <w:szCs w:val="20"/>
              </w:rPr>
            </w:pPr>
            <w:r w:rsidRPr="00CF1D91">
              <w:rPr>
                <w:b/>
                <w:szCs w:val="20"/>
              </w:rPr>
              <w:t>Points</w:t>
            </w:r>
          </w:p>
        </w:tc>
        <w:tc>
          <w:tcPr>
            <w:tcW w:w="5256" w:type="dxa"/>
            <w:vAlign w:val="center"/>
          </w:tcPr>
          <w:p w14:paraId="2CB7C866" w14:textId="77777777" w:rsidR="00435517" w:rsidRPr="00CF1D91" w:rsidRDefault="008222D4">
            <w:pPr>
              <w:jc w:val="center"/>
              <w:rPr>
                <w:szCs w:val="20"/>
              </w:rPr>
            </w:pPr>
            <w:r w:rsidRPr="00CF1D91">
              <w:rPr>
                <w:b/>
                <w:szCs w:val="20"/>
              </w:rPr>
              <w:t>Evidence Required</w:t>
            </w:r>
          </w:p>
        </w:tc>
      </w:tr>
      <w:tr w:rsidR="00545246" w14:paraId="0DC7B555" w14:textId="77777777" w:rsidTr="00545246">
        <w:trPr>
          <w:jc w:val="center"/>
        </w:trPr>
        <w:tc>
          <w:tcPr>
            <w:tcW w:w="648" w:type="dxa"/>
            <w:vMerge w:val="restart"/>
            <w:vAlign w:val="center"/>
          </w:tcPr>
          <w:p w14:paraId="20AD2FCD" w14:textId="77777777" w:rsidR="00545246" w:rsidRDefault="00545246">
            <w:pPr>
              <w:jc w:val="center"/>
            </w:pPr>
            <w:r>
              <w:rPr>
                <w:sz w:val="17"/>
              </w:rPr>
              <w:t>1</w:t>
            </w:r>
          </w:p>
        </w:tc>
        <w:tc>
          <w:tcPr>
            <w:tcW w:w="3384" w:type="dxa"/>
            <w:vMerge w:val="restart"/>
            <w:vAlign w:val="center"/>
          </w:tcPr>
          <w:p w14:paraId="2F0F97FA" w14:textId="5B26A8FB" w:rsidR="00545246" w:rsidRDefault="00545246">
            <w:r>
              <w:rPr>
                <w:sz w:val="17"/>
              </w:rPr>
              <w:t xml:space="preserve">Relevant Experience in Induction Furnace/Smelter Operator Training: Supplier must have demonstrable experience in providing practical and on-the-job training to induction furnace </w:t>
            </w:r>
            <w:proofErr w:type="gramStart"/>
            <w:r w:rsidR="00BB2E72">
              <w:rPr>
                <w:sz w:val="17"/>
              </w:rPr>
              <w:t xml:space="preserve">and </w:t>
            </w:r>
            <w:r>
              <w:rPr>
                <w:sz w:val="17"/>
              </w:rPr>
              <w:t xml:space="preserve"> smelter</w:t>
            </w:r>
            <w:proofErr w:type="gramEnd"/>
            <w:r>
              <w:rPr>
                <w:sz w:val="17"/>
              </w:rPr>
              <w:t xml:space="preserve"> operators.</w:t>
            </w:r>
          </w:p>
        </w:tc>
        <w:tc>
          <w:tcPr>
            <w:tcW w:w="936" w:type="dxa"/>
            <w:vMerge w:val="restart"/>
            <w:vAlign w:val="center"/>
          </w:tcPr>
          <w:p w14:paraId="044616C2" w14:textId="77777777" w:rsidR="00545246" w:rsidRDefault="00545246">
            <w:pPr>
              <w:jc w:val="center"/>
            </w:pPr>
            <w:r>
              <w:rPr>
                <w:sz w:val="17"/>
              </w:rPr>
              <w:t>40</w:t>
            </w:r>
          </w:p>
        </w:tc>
        <w:tc>
          <w:tcPr>
            <w:tcW w:w="864" w:type="dxa"/>
            <w:vAlign w:val="center"/>
          </w:tcPr>
          <w:p w14:paraId="0FE3C827" w14:textId="77777777" w:rsidR="00545246" w:rsidRDefault="00545246">
            <w:pPr>
              <w:jc w:val="center"/>
            </w:pPr>
            <w:r>
              <w:rPr>
                <w:sz w:val="17"/>
              </w:rPr>
              <w:t>40</w:t>
            </w:r>
          </w:p>
        </w:tc>
        <w:tc>
          <w:tcPr>
            <w:tcW w:w="5256" w:type="dxa"/>
            <w:vAlign w:val="center"/>
          </w:tcPr>
          <w:p w14:paraId="30823212" w14:textId="77777777" w:rsidR="00545246" w:rsidRDefault="00545246">
            <w:r>
              <w:rPr>
                <w:sz w:val="17"/>
              </w:rPr>
              <w:t>Bidder to provide a minimum of three (3) reference letters from clients confirming successful completion of practical/on-the-job induction furnace or smelter operator training within the last five (5) years.</w:t>
            </w:r>
          </w:p>
        </w:tc>
      </w:tr>
      <w:tr w:rsidR="00545246" w14:paraId="19C5258F" w14:textId="77777777" w:rsidTr="00545246">
        <w:trPr>
          <w:jc w:val="center"/>
        </w:trPr>
        <w:tc>
          <w:tcPr>
            <w:tcW w:w="648" w:type="dxa"/>
            <w:vMerge/>
            <w:vAlign w:val="center"/>
          </w:tcPr>
          <w:p w14:paraId="41843AB9" w14:textId="77777777" w:rsidR="00545246" w:rsidRDefault="00545246">
            <w:pPr>
              <w:jc w:val="center"/>
            </w:pPr>
          </w:p>
        </w:tc>
        <w:tc>
          <w:tcPr>
            <w:tcW w:w="3384" w:type="dxa"/>
            <w:vMerge/>
            <w:vAlign w:val="center"/>
          </w:tcPr>
          <w:p w14:paraId="08CD9192" w14:textId="77777777" w:rsidR="00545246" w:rsidRDefault="00545246"/>
        </w:tc>
        <w:tc>
          <w:tcPr>
            <w:tcW w:w="936" w:type="dxa"/>
            <w:vMerge/>
            <w:vAlign w:val="center"/>
          </w:tcPr>
          <w:p w14:paraId="515630A8" w14:textId="77777777" w:rsidR="00545246" w:rsidRDefault="00545246">
            <w:pPr>
              <w:jc w:val="center"/>
            </w:pPr>
          </w:p>
        </w:tc>
        <w:tc>
          <w:tcPr>
            <w:tcW w:w="864" w:type="dxa"/>
            <w:vAlign w:val="center"/>
          </w:tcPr>
          <w:p w14:paraId="729573B8" w14:textId="77777777" w:rsidR="00545246" w:rsidRDefault="00545246">
            <w:pPr>
              <w:jc w:val="center"/>
            </w:pPr>
            <w:r>
              <w:rPr>
                <w:sz w:val="17"/>
              </w:rPr>
              <w:t>30</w:t>
            </w:r>
          </w:p>
        </w:tc>
        <w:tc>
          <w:tcPr>
            <w:tcW w:w="5256" w:type="dxa"/>
            <w:vAlign w:val="center"/>
          </w:tcPr>
          <w:p w14:paraId="6A85601D" w14:textId="77777777" w:rsidR="00545246" w:rsidRDefault="00545246">
            <w:r>
              <w:rPr>
                <w:sz w:val="17"/>
              </w:rPr>
              <w:t>Bidder to provide a minimum of two (2) reference letters from clients confirming successful completion of practical/on-the-job induction furnace or smelter operator training within the last five (5) years.</w:t>
            </w:r>
          </w:p>
        </w:tc>
      </w:tr>
      <w:tr w:rsidR="00545246" w14:paraId="6F9FFB29" w14:textId="77777777" w:rsidTr="00545246">
        <w:trPr>
          <w:jc w:val="center"/>
        </w:trPr>
        <w:tc>
          <w:tcPr>
            <w:tcW w:w="648" w:type="dxa"/>
            <w:vMerge/>
            <w:vAlign w:val="center"/>
          </w:tcPr>
          <w:p w14:paraId="3B3E9D71" w14:textId="77777777" w:rsidR="00545246" w:rsidRDefault="00545246">
            <w:pPr>
              <w:jc w:val="center"/>
            </w:pPr>
          </w:p>
        </w:tc>
        <w:tc>
          <w:tcPr>
            <w:tcW w:w="3384" w:type="dxa"/>
            <w:vMerge/>
            <w:vAlign w:val="center"/>
          </w:tcPr>
          <w:p w14:paraId="6C2ABE42" w14:textId="77777777" w:rsidR="00545246" w:rsidRDefault="00545246"/>
        </w:tc>
        <w:tc>
          <w:tcPr>
            <w:tcW w:w="936" w:type="dxa"/>
            <w:vMerge/>
            <w:vAlign w:val="center"/>
          </w:tcPr>
          <w:p w14:paraId="3ED1CB62" w14:textId="77777777" w:rsidR="00545246" w:rsidRDefault="00545246">
            <w:pPr>
              <w:jc w:val="center"/>
            </w:pPr>
          </w:p>
        </w:tc>
        <w:tc>
          <w:tcPr>
            <w:tcW w:w="864" w:type="dxa"/>
            <w:vAlign w:val="center"/>
          </w:tcPr>
          <w:p w14:paraId="11744D8A" w14:textId="77777777" w:rsidR="00545246" w:rsidRDefault="00545246">
            <w:pPr>
              <w:jc w:val="center"/>
            </w:pPr>
            <w:r>
              <w:rPr>
                <w:sz w:val="17"/>
              </w:rPr>
              <w:t>20</w:t>
            </w:r>
          </w:p>
        </w:tc>
        <w:tc>
          <w:tcPr>
            <w:tcW w:w="5256" w:type="dxa"/>
            <w:vAlign w:val="center"/>
          </w:tcPr>
          <w:p w14:paraId="35CF5FEE" w14:textId="77777777" w:rsidR="00545246" w:rsidRDefault="00545246">
            <w:r>
              <w:rPr>
                <w:sz w:val="17"/>
              </w:rPr>
              <w:t>Bidder to provide a minimum of one (1) reference letter from a client confirming successful completion of practical/on-the-job induction furnace or smelter operator training within the last five (5) years.</w:t>
            </w:r>
          </w:p>
        </w:tc>
      </w:tr>
      <w:tr w:rsidR="00545246" w14:paraId="5C41B5BE" w14:textId="77777777" w:rsidTr="00545246">
        <w:trPr>
          <w:jc w:val="center"/>
        </w:trPr>
        <w:tc>
          <w:tcPr>
            <w:tcW w:w="648" w:type="dxa"/>
            <w:vMerge/>
            <w:vAlign w:val="center"/>
          </w:tcPr>
          <w:p w14:paraId="67733B98" w14:textId="77777777" w:rsidR="00545246" w:rsidRDefault="00545246">
            <w:pPr>
              <w:jc w:val="center"/>
            </w:pPr>
          </w:p>
        </w:tc>
        <w:tc>
          <w:tcPr>
            <w:tcW w:w="3384" w:type="dxa"/>
            <w:vMerge/>
            <w:vAlign w:val="center"/>
          </w:tcPr>
          <w:p w14:paraId="4AC21F0B" w14:textId="77777777" w:rsidR="00545246" w:rsidRDefault="00545246"/>
        </w:tc>
        <w:tc>
          <w:tcPr>
            <w:tcW w:w="936" w:type="dxa"/>
            <w:vMerge/>
            <w:vAlign w:val="center"/>
          </w:tcPr>
          <w:p w14:paraId="142DC742" w14:textId="77777777" w:rsidR="00545246" w:rsidRDefault="00545246">
            <w:pPr>
              <w:jc w:val="center"/>
            </w:pPr>
          </w:p>
        </w:tc>
        <w:tc>
          <w:tcPr>
            <w:tcW w:w="864" w:type="dxa"/>
            <w:vAlign w:val="center"/>
          </w:tcPr>
          <w:p w14:paraId="3B41F5C9" w14:textId="77777777" w:rsidR="00545246" w:rsidRDefault="00545246">
            <w:pPr>
              <w:jc w:val="center"/>
            </w:pPr>
            <w:r>
              <w:rPr>
                <w:sz w:val="17"/>
              </w:rPr>
              <w:t>0</w:t>
            </w:r>
          </w:p>
        </w:tc>
        <w:tc>
          <w:tcPr>
            <w:tcW w:w="5256" w:type="dxa"/>
            <w:vAlign w:val="center"/>
          </w:tcPr>
          <w:p w14:paraId="6C7EEC72" w14:textId="77777777" w:rsidR="00545246" w:rsidRDefault="00545246">
            <w:r>
              <w:rPr>
                <w:sz w:val="17"/>
              </w:rPr>
              <w:t>No relevant reference letters submitted.</w:t>
            </w:r>
          </w:p>
        </w:tc>
      </w:tr>
      <w:tr w:rsidR="00545246" w14:paraId="65E5EA1F" w14:textId="77777777" w:rsidTr="00545246">
        <w:trPr>
          <w:jc w:val="center"/>
        </w:trPr>
        <w:tc>
          <w:tcPr>
            <w:tcW w:w="648" w:type="dxa"/>
            <w:vMerge w:val="restart"/>
            <w:vAlign w:val="center"/>
          </w:tcPr>
          <w:p w14:paraId="5FE61C41" w14:textId="77777777" w:rsidR="00545246" w:rsidRDefault="00545246">
            <w:pPr>
              <w:jc w:val="center"/>
            </w:pPr>
            <w:r>
              <w:rPr>
                <w:sz w:val="17"/>
              </w:rPr>
              <w:t>2</w:t>
            </w:r>
          </w:p>
        </w:tc>
        <w:tc>
          <w:tcPr>
            <w:tcW w:w="3384" w:type="dxa"/>
            <w:vMerge w:val="restart"/>
            <w:vAlign w:val="center"/>
          </w:tcPr>
          <w:p w14:paraId="19D6C87A" w14:textId="77777777" w:rsidR="00545246" w:rsidRDefault="00545246">
            <w:r>
              <w:rPr>
                <w:sz w:val="17"/>
              </w:rPr>
              <w:t>Coreless Induction Furnace Training Experience: Supplier must demonstrate specific experience in practical training on Coreless Induction Furnaces or similar induction melting furnaces.</w:t>
            </w:r>
          </w:p>
        </w:tc>
        <w:tc>
          <w:tcPr>
            <w:tcW w:w="936" w:type="dxa"/>
            <w:vMerge w:val="restart"/>
            <w:vAlign w:val="center"/>
          </w:tcPr>
          <w:p w14:paraId="5FD5A225" w14:textId="77777777" w:rsidR="00545246" w:rsidRDefault="00545246">
            <w:pPr>
              <w:jc w:val="center"/>
            </w:pPr>
            <w:r>
              <w:rPr>
                <w:sz w:val="17"/>
              </w:rPr>
              <w:t>35</w:t>
            </w:r>
          </w:p>
        </w:tc>
        <w:tc>
          <w:tcPr>
            <w:tcW w:w="864" w:type="dxa"/>
            <w:vAlign w:val="center"/>
          </w:tcPr>
          <w:p w14:paraId="21BA5DA1" w14:textId="77777777" w:rsidR="00545246" w:rsidRDefault="00545246">
            <w:pPr>
              <w:jc w:val="center"/>
            </w:pPr>
            <w:r>
              <w:rPr>
                <w:sz w:val="17"/>
              </w:rPr>
              <w:t>35</w:t>
            </w:r>
          </w:p>
        </w:tc>
        <w:tc>
          <w:tcPr>
            <w:tcW w:w="5256" w:type="dxa"/>
            <w:vAlign w:val="center"/>
          </w:tcPr>
          <w:p w14:paraId="05A6AA74" w14:textId="557B03EA" w:rsidR="00545246" w:rsidRDefault="00545246">
            <w:r>
              <w:rPr>
                <w:sz w:val="17"/>
              </w:rPr>
              <w:t>Bidder to provide a minimum of three (3) reference letters confirming practical training of operators on Coreless Induction Furnaces within the last five (5) years.</w:t>
            </w:r>
          </w:p>
        </w:tc>
      </w:tr>
      <w:tr w:rsidR="00545246" w14:paraId="0C90DCD4" w14:textId="77777777" w:rsidTr="00545246">
        <w:trPr>
          <w:jc w:val="center"/>
        </w:trPr>
        <w:tc>
          <w:tcPr>
            <w:tcW w:w="648" w:type="dxa"/>
            <w:vMerge/>
            <w:vAlign w:val="center"/>
          </w:tcPr>
          <w:p w14:paraId="40539A21" w14:textId="77777777" w:rsidR="00545246" w:rsidRDefault="00545246">
            <w:pPr>
              <w:jc w:val="center"/>
            </w:pPr>
          </w:p>
        </w:tc>
        <w:tc>
          <w:tcPr>
            <w:tcW w:w="3384" w:type="dxa"/>
            <w:vMerge/>
            <w:vAlign w:val="center"/>
          </w:tcPr>
          <w:p w14:paraId="624CA8EC" w14:textId="77777777" w:rsidR="00545246" w:rsidRDefault="00545246"/>
        </w:tc>
        <w:tc>
          <w:tcPr>
            <w:tcW w:w="936" w:type="dxa"/>
            <w:vMerge/>
            <w:vAlign w:val="center"/>
          </w:tcPr>
          <w:p w14:paraId="31F943C5" w14:textId="77777777" w:rsidR="00545246" w:rsidRDefault="00545246">
            <w:pPr>
              <w:jc w:val="center"/>
            </w:pPr>
          </w:p>
        </w:tc>
        <w:tc>
          <w:tcPr>
            <w:tcW w:w="864" w:type="dxa"/>
            <w:vAlign w:val="center"/>
          </w:tcPr>
          <w:p w14:paraId="42A9B4D5" w14:textId="77777777" w:rsidR="00545246" w:rsidRDefault="00545246">
            <w:pPr>
              <w:jc w:val="center"/>
            </w:pPr>
            <w:r>
              <w:rPr>
                <w:sz w:val="17"/>
              </w:rPr>
              <w:t>25</w:t>
            </w:r>
          </w:p>
        </w:tc>
        <w:tc>
          <w:tcPr>
            <w:tcW w:w="5256" w:type="dxa"/>
            <w:vAlign w:val="center"/>
          </w:tcPr>
          <w:p w14:paraId="038B282C" w14:textId="77777777" w:rsidR="00545246" w:rsidRDefault="00545246">
            <w:r>
              <w:rPr>
                <w:sz w:val="17"/>
              </w:rPr>
              <w:t>Bidder to provide a minimum of two (2) reference letters confirming practical training of operators on Coreless Induction Furnaces or similar induction melting furnaces within the last five (5) years.</w:t>
            </w:r>
          </w:p>
        </w:tc>
      </w:tr>
      <w:tr w:rsidR="00545246" w14:paraId="0F376214" w14:textId="77777777" w:rsidTr="00545246">
        <w:trPr>
          <w:jc w:val="center"/>
        </w:trPr>
        <w:tc>
          <w:tcPr>
            <w:tcW w:w="648" w:type="dxa"/>
            <w:vMerge/>
            <w:vAlign w:val="center"/>
          </w:tcPr>
          <w:p w14:paraId="2C747760" w14:textId="77777777" w:rsidR="00545246" w:rsidRDefault="00545246">
            <w:pPr>
              <w:jc w:val="center"/>
            </w:pPr>
          </w:p>
        </w:tc>
        <w:tc>
          <w:tcPr>
            <w:tcW w:w="3384" w:type="dxa"/>
            <w:vMerge/>
            <w:vAlign w:val="center"/>
          </w:tcPr>
          <w:p w14:paraId="0B1466DC" w14:textId="77777777" w:rsidR="00545246" w:rsidRDefault="00545246"/>
        </w:tc>
        <w:tc>
          <w:tcPr>
            <w:tcW w:w="936" w:type="dxa"/>
            <w:vMerge/>
            <w:vAlign w:val="center"/>
          </w:tcPr>
          <w:p w14:paraId="28BAB641" w14:textId="77777777" w:rsidR="00545246" w:rsidRDefault="00545246">
            <w:pPr>
              <w:jc w:val="center"/>
            </w:pPr>
          </w:p>
        </w:tc>
        <w:tc>
          <w:tcPr>
            <w:tcW w:w="864" w:type="dxa"/>
            <w:vAlign w:val="center"/>
          </w:tcPr>
          <w:p w14:paraId="1DEE9529" w14:textId="77777777" w:rsidR="00545246" w:rsidRDefault="00545246">
            <w:pPr>
              <w:jc w:val="center"/>
            </w:pPr>
            <w:r>
              <w:rPr>
                <w:sz w:val="17"/>
              </w:rPr>
              <w:t>15</w:t>
            </w:r>
          </w:p>
        </w:tc>
        <w:tc>
          <w:tcPr>
            <w:tcW w:w="5256" w:type="dxa"/>
            <w:vAlign w:val="center"/>
          </w:tcPr>
          <w:p w14:paraId="64DD0C8D" w14:textId="77777777" w:rsidR="00545246" w:rsidRDefault="00545246">
            <w:r>
              <w:rPr>
                <w:sz w:val="17"/>
              </w:rPr>
              <w:t>Bidder to provide a minimum of one (1) reference letter confirming practical training of operators on Coreless Induction Furnaces or similar induction melting furnaces within the last five (5) years.</w:t>
            </w:r>
          </w:p>
        </w:tc>
      </w:tr>
      <w:tr w:rsidR="00545246" w14:paraId="4731DF83" w14:textId="77777777" w:rsidTr="00545246">
        <w:trPr>
          <w:jc w:val="center"/>
        </w:trPr>
        <w:tc>
          <w:tcPr>
            <w:tcW w:w="648" w:type="dxa"/>
            <w:vMerge/>
            <w:vAlign w:val="center"/>
          </w:tcPr>
          <w:p w14:paraId="5ABA5F79" w14:textId="77777777" w:rsidR="00545246" w:rsidRDefault="00545246">
            <w:pPr>
              <w:jc w:val="center"/>
            </w:pPr>
          </w:p>
        </w:tc>
        <w:tc>
          <w:tcPr>
            <w:tcW w:w="3384" w:type="dxa"/>
            <w:vMerge/>
            <w:vAlign w:val="center"/>
          </w:tcPr>
          <w:p w14:paraId="3AED865D" w14:textId="77777777" w:rsidR="00545246" w:rsidRDefault="00545246"/>
        </w:tc>
        <w:tc>
          <w:tcPr>
            <w:tcW w:w="936" w:type="dxa"/>
            <w:vMerge/>
            <w:vAlign w:val="center"/>
          </w:tcPr>
          <w:p w14:paraId="45487CB8" w14:textId="77777777" w:rsidR="00545246" w:rsidRDefault="00545246">
            <w:pPr>
              <w:jc w:val="center"/>
            </w:pPr>
          </w:p>
        </w:tc>
        <w:tc>
          <w:tcPr>
            <w:tcW w:w="864" w:type="dxa"/>
            <w:vAlign w:val="center"/>
          </w:tcPr>
          <w:p w14:paraId="08E57E02" w14:textId="77777777" w:rsidR="00545246" w:rsidRDefault="00545246">
            <w:pPr>
              <w:jc w:val="center"/>
            </w:pPr>
            <w:r>
              <w:rPr>
                <w:sz w:val="17"/>
              </w:rPr>
              <w:t>0</w:t>
            </w:r>
          </w:p>
        </w:tc>
        <w:tc>
          <w:tcPr>
            <w:tcW w:w="5256" w:type="dxa"/>
            <w:vAlign w:val="center"/>
          </w:tcPr>
          <w:p w14:paraId="671FBA10" w14:textId="77777777" w:rsidR="00545246" w:rsidRDefault="00545246">
            <w:r>
              <w:rPr>
                <w:sz w:val="17"/>
              </w:rPr>
              <w:t>No relevant Coreless Induction Furnace training reference letters submitted.</w:t>
            </w:r>
          </w:p>
        </w:tc>
      </w:tr>
      <w:tr w:rsidR="00545246" w14:paraId="0BCA0E22" w14:textId="77777777" w:rsidTr="00545246">
        <w:trPr>
          <w:jc w:val="center"/>
        </w:trPr>
        <w:tc>
          <w:tcPr>
            <w:tcW w:w="648" w:type="dxa"/>
            <w:vMerge w:val="restart"/>
            <w:vAlign w:val="center"/>
          </w:tcPr>
          <w:p w14:paraId="5F588D6A" w14:textId="77777777" w:rsidR="00545246" w:rsidRDefault="00545246">
            <w:pPr>
              <w:jc w:val="center"/>
            </w:pPr>
            <w:r>
              <w:rPr>
                <w:sz w:val="17"/>
              </w:rPr>
              <w:t>3</w:t>
            </w:r>
          </w:p>
        </w:tc>
        <w:tc>
          <w:tcPr>
            <w:tcW w:w="3384" w:type="dxa"/>
            <w:vMerge w:val="restart"/>
            <w:vAlign w:val="center"/>
          </w:tcPr>
          <w:p w14:paraId="6335F9C4" w14:textId="77777777" w:rsidR="00545246" w:rsidRDefault="00545246">
            <w:r>
              <w:rPr>
                <w:sz w:val="17"/>
              </w:rPr>
              <w:t>Qualifications and Experience of Proposed Trainers: Supplier must provide suitably qualified and experienced trainers with practical induction furnace/smelter operational, training and competency assessment experience.</w:t>
            </w:r>
          </w:p>
        </w:tc>
        <w:tc>
          <w:tcPr>
            <w:tcW w:w="936" w:type="dxa"/>
            <w:vMerge w:val="restart"/>
            <w:vAlign w:val="center"/>
          </w:tcPr>
          <w:p w14:paraId="28BBC160" w14:textId="77777777" w:rsidR="00545246" w:rsidRDefault="00545246">
            <w:pPr>
              <w:jc w:val="center"/>
            </w:pPr>
            <w:r>
              <w:rPr>
                <w:sz w:val="17"/>
              </w:rPr>
              <w:t>25</w:t>
            </w:r>
          </w:p>
        </w:tc>
        <w:tc>
          <w:tcPr>
            <w:tcW w:w="864" w:type="dxa"/>
            <w:vAlign w:val="center"/>
          </w:tcPr>
          <w:p w14:paraId="45F64C4D" w14:textId="77777777" w:rsidR="00545246" w:rsidRDefault="00545246">
            <w:pPr>
              <w:jc w:val="center"/>
            </w:pPr>
            <w:r>
              <w:rPr>
                <w:sz w:val="17"/>
              </w:rPr>
              <w:t>25</w:t>
            </w:r>
          </w:p>
        </w:tc>
        <w:tc>
          <w:tcPr>
            <w:tcW w:w="5256" w:type="dxa"/>
            <w:vAlign w:val="center"/>
          </w:tcPr>
          <w:p w14:paraId="14DA0A4E" w14:textId="77777777" w:rsidR="00545246" w:rsidRDefault="00545246">
            <w:r>
              <w:rPr>
                <w:sz w:val="17"/>
              </w:rPr>
              <w:t>Bidder to provide CVs and qualifications of proposed trainers. The Lead Trainer must have a relevant technical qualification and more than five (5) years' practical experience in induction furnace/smelter operations, including operator training and competency assessment.</w:t>
            </w:r>
          </w:p>
        </w:tc>
      </w:tr>
      <w:tr w:rsidR="00545246" w14:paraId="089C5499" w14:textId="77777777" w:rsidTr="00545246">
        <w:trPr>
          <w:jc w:val="center"/>
        </w:trPr>
        <w:tc>
          <w:tcPr>
            <w:tcW w:w="648" w:type="dxa"/>
            <w:vMerge/>
            <w:vAlign w:val="center"/>
          </w:tcPr>
          <w:p w14:paraId="618CDFE1" w14:textId="77777777" w:rsidR="00545246" w:rsidRDefault="00545246">
            <w:pPr>
              <w:jc w:val="center"/>
            </w:pPr>
          </w:p>
        </w:tc>
        <w:tc>
          <w:tcPr>
            <w:tcW w:w="3384" w:type="dxa"/>
            <w:vMerge/>
            <w:vAlign w:val="center"/>
          </w:tcPr>
          <w:p w14:paraId="7475970C" w14:textId="77777777" w:rsidR="00545246" w:rsidRDefault="00545246"/>
        </w:tc>
        <w:tc>
          <w:tcPr>
            <w:tcW w:w="936" w:type="dxa"/>
            <w:vMerge/>
            <w:vAlign w:val="center"/>
          </w:tcPr>
          <w:p w14:paraId="5E309F2B" w14:textId="77777777" w:rsidR="00545246" w:rsidRDefault="00545246">
            <w:pPr>
              <w:jc w:val="center"/>
            </w:pPr>
          </w:p>
        </w:tc>
        <w:tc>
          <w:tcPr>
            <w:tcW w:w="864" w:type="dxa"/>
            <w:vAlign w:val="center"/>
          </w:tcPr>
          <w:p w14:paraId="0A571F8C" w14:textId="77777777" w:rsidR="00545246" w:rsidRDefault="00545246">
            <w:pPr>
              <w:jc w:val="center"/>
            </w:pPr>
            <w:r>
              <w:rPr>
                <w:sz w:val="17"/>
              </w:rPr>
              <w:t>20</w:t>
            </w:r>
          </w:p>
        </w:tc>
        <w:tc>
          <w:tcPr>
            <w:tcW w:w="5256" w:type="dxa"/>
            <w:vAlign w:val="center"/>
          </w:tcPr>
          <w:p w14:paraId="4B61F90D" w14:textId="77777777" w:rsidR="00545246" w:rsidRDefault="00545246">
            <w:r>
              <w:rPr>
                <w:sz w:val="17"/>
              </w:rPr>
              <w:t xml:space="preserve">Lead Trainer has </w:t>
            </w:r>
            <w:proofErr w:type="gramStart"/>
            <w:r>
              <w:rPr>
                <w:sz w:val="17"/>
              </w:rPr>
              <w:t>a relevant technical qualification</w:t>
            </w:r>
            <w:proofErr w:type="gramEnd"/>
            <w:r>
              <w:rPr>
                <w:sz w:val="17"/>
              </w:rPr>
              <w:t xml:space="preserve"> and three to five (5) years' practical experience in induction furnace/smelter operations, including operator training.</w:t>
            </w:r>
          </w:p>
        </w:tc>
      </w:tr>
      <w:tr w:rsidR="00545246" w14:paraId="6A0D66BE" w14:textId="77777777" w:rsidTr="00545246">
        <w:trPr>
          <w:jc w:val="center"/>
        </w:trPr>
        <w:tc>
          <w:tcPr>
            <w:tcW w:w="648" w:type="dxa"/>
            <w:vMerge/>
            <w:vAlign w:val="center"/>
          </w:tcPr>
          <w:p w14:paraId="70662222" w14:textId="77777777" w:rsidR="00545246" w:rsidRDefault="00545246">
            <w:pPr>
              <w:jc w:val="center"/>
            </w:pPr>
          </w:p>
        </w:tc>
        <w:tc>
          <w:tcPr>
            <w:tcW w:w="3384" w:type="dxa"/>
            <w:vMerge/>
            <w:vAlign w:val="center"/>
          </w:tcPr>
          <w:p w14:paraId="1938672B" w14:textId="77777777" w:rsidR="00545246" w:rsidRDefault="00545246"/>
        </w:tc>
        <w:tc>
          <w:tcPr>
            <w:tcW w:w="936" w:type="dxa"/>
            <w:vMerge/>
            <w:vAlign w:val="center"/>
          </w:tcPr>
          <w:p w14:paraId="23DA96FE" w14:textId="77777777" w:rsidR="00545246" w:rsidRDefault="00545246">
            <w:pPr>
              <w:jc w:val="center"/>
            </w:pPr>
          </w:p>
        </w:tc>
        <w:tc>
          <w:tcPr>
            <w:tcW w:w="864" w:type="dxa"/>
            <w:vAlign w:val="center"/>
          </w:tcPr>
          <w:p w14:paraId="13DF54DC" w14:textId="77777777" w:rsidR="00545246" w:rsidRDefault="00545246">
            <w:pPr>
              <w:jc w:val="center"/>
            </w:pPr>
            <w:r>
              <w:rPr>
                <w:sz w:val="17"/>
              </w:rPr>
              <w:t>10</w:t>
            </w:r>
          </w:p>
        </w:tc>
        <w:tc>
          <w:tcPr>
            <w:tcW w:w="5256" w:type="dxa"/>
            <w:vAlign w:val="center"/>
          </w:tcPr>
          <w:p w14:paraId="79C73371" w14:textId="77777777" w:rsidR="00545246" w:rsidRDefault="00545246">
            <w:r>
              <w:rPr>
                <w:sz w:val="17"/>
              </w:rPr>
              <w:t>Lead Trainer has a relevant technical qualification and less than three (3) years' practical experience in induction furnace/smelter operations, with evidence of operator training experience.</w:t>
            </w:r>
          </w:p>
        </w:tc>
      </w:tr>
      <w:tr w:rsidR="00545246" w14:paraId="2D36049F" w14:textId="77777777" w:rsidTr="00545246">
        <w:trPr>
          <w:jc w:val="center"/>
        </w:trPr>
        <w:tc>
          <w:tcPr>
            <w:tcW w:w="648" w:type="dxa"/>
            <w:vMerge/>
            <w:vAlign w:val="center"/>
          </w:tcPr>
          <w:p w14:paraId="1F2B680F" w14:textId="77777777" w:rsidR="00545246" w:rsidRDefault="00545246">
            <w:pPr>
              <w:jc w:val="center"/>
            </w:pPr>
          </w:p>
        </w:tc>
        <w:tc>
          <w:tcPr>
            <w:tcW w:w="3384" w:type="dxa"/>
            <w:vMerge/>
            <w:vAlign w:val="center"/>
          </w:tcPr>
          <w:p w14:paraId="5F43C38A" w14:textId="77777777" w:rsidR="00545246" w:rsidRDefault="00545246"/>
        </w:tc>
        <w:tc>
          <w:tcPr>
            <w:tcW w:w="936" w:type="dxa"/>
            <w:vMerge/>
            <w:vAlign w:val="center"/>
          </w:tcPr>
          <w:p w14:paraId="45B178E6" w14:textId="77777777" w:rsidR="00545246" w:rsidRDefault="00545246">
            <w:pPr>
              <w:jc w:val="center"/>
            </w:pPr>
          </w:p>
        </w:tc>
        <w:tc>
          <w:tcPr>
            <w:tcW w:w="864" w:type="dxa"/>
            <w:vAlign w:val="center"/>
          </w:tcPr>
          <w:p w14:paraId="4477DB62" w14:textId="77777777" w:rsidR="00545246" w:rsidRDefault="00545246">
            <w:pPr>
              <w:jc w:val="center"/>
            </w:pPr>
            <w:r>
              <w:rPr>
                <w:sz w:val="17"/>
              </w:rPr>
              <w:t>0</w:t>
            </w:r>
          </w:p>
        </w:tc>
        <w:tc>
          <w:tcPr>
            <w:tcW w:w="5256" w:type="dxa"/>
            <w:vAlign w:val="center"/>
          </w:tcPr>
          <w:p w14:paraId="4528118C" w14:textId="77777777" w:rsidR="00545246" w:rsidRDefault="00545246">
            <w:r>
              <w:rPr>
                <w:sz w:val="17"/>
              </w:rPr>
              <w:t xml:space="preserve">No suitably qualified trainer </w:t>
            </w:r>
            <w:proofErr w:type="gramStart"/>
            <w:r>
              <w:rPr>
                <w:sz w:val="17"/>
              </w:rPr>
              <w:t>proposed</w:t>
            </w:r>
            <w:proofErr w:type="gramEnd"/>
            <w:r>
              <w:rPr>
                <w:sz w:val="17"/>
              </w:rPr>
              <w:t xml:space="preserve"> or CVs/qualifications not submitted.</w:t>
            </w:r>
          </w:p>
        </w:tc>
      </w:tr>
      <w:tr w:rsidR="00545246" w14:paraId="3DA2E8C0" w14:textId="77777777" w:rsidTr="00545246">
        <w:trPr>
          <w:jc w:val="center"/>
        </w:trPr>
        <w:tc>
          <w:tcPr>
            <w:tcW w:w="648" w:type="dxa"/>
            <w:vMerge/>
            <w:vAlign w:val="center"/>
          </w:tcPr>
          <w:p w14:paraId="0C5C1CA9" w14:textId="77777777" w:rsidR="00545246" w:rsidRDefault="00545246">
            <w:pPr>
              <w:jc w:val="center"/>
            </w:pPr>
          </w:p>
        </w:tc>
        <w:tc>
          <w:tcPr>
            <w:tcW w:w="3384" w:type="dxa"/>
            <w:vMerge/>
            <w:vAlign w:val="center"/>
          </w:tcPr>
          <w:p w14:paraId="44C42B27" w14:textId="77777777" w:rsidR="00545246" w:rsidRDefault="00545246"/>
        </w:tc>
        <w:tc>
          <w:tcPr>
            <w:tcW w:w="936" w:type="dxa"/>
            <w:vAlign w:val="center"/>
          </w:tcPr>
          <w:p w14:paraId="34B85401" w14:textId="77777777" w:rsidR="00545246" w:rsidRDefault="00545246">
            <w:pPr>
              <w:jc w:val="center"/>
            </w:pPr>
            <w:r>
              <w:rPr>
                <w:b/>
                <w:sz w:val="17"/>
              </w:rPr>
              <w:t>TOTAL</w:t>
            </w:r>
          </w:p>
        </w:tc>
        <w:tc>
          <w:tcPr>
            <w:tcW w:w="864" w:type="dxa"/>
            <w:vAlign w:val="center"/>
          </w:tcPr>
          <w:p w14:paraId="1E7B863A" w14:textId="77777777" w:rsidR="00545246" w:rsidRDefault="00545246">
            <w:pPr>
              <w:jc w:val="center"/>
            </w:pPr>
            <w:r>
              <w:rPr>
                <w:b/>
                <w:sz w:val="17"/>
              </w:rPr>
              <w:t>100</w:t>
            </w:r>
          </w:p>
        </w:tc>
        <w:tc>
          <w:tcPr>
            <w:tcW w:w="5256" w:type="dxa"/>
            <w:vAlign w:val="center"/>
          </w:tcPr>
          <w:p w14:paraId="03D92D13" w14:textId="77777777" w:rsidR="00545246" w:rsidRDefault="00545246"/>
        </w:tc>
      </w:tr>
    </w:tbl>
    <w:p w14:paraId="2DC7E618" w14:textId="77777777" w:rsidR="00435517" w:rsidRDefault="00435517"/>
    <w:p w14:paraId="68D2E01D" w14:textId="77777777" w:rsidR="00435517" w:rsidRDefault="008222D4">
      <w:r>
        <w:rPr>
          <w:b/>
        </w:rPr>
        <w:t>IMPORTANT</w:t>
      </w:r>
    </w:p>
    <w:p w14:paraId="7CEC979E" w14:textId="77777777" w:rsidR="00435517" w:rsidRDefault="008222D4">
      <w:pPr>
        <w:spacing w:after="0"/>
      </w:pPr>
      <w:r>
        <w:t>Bidders that score &lt;80 out of a 100 in respect of Evaluation Criteria will be regarded as submitting a non-responsive bid and will not be evaluated further.</w:t>
      </w:r>
    </w:p>
    <w:p w14:paraId="1A5618B6" w14:textId="77777777" w:rsidR="004B2DD3" w:rsidRDefault="004B2DD3">
      <w:pPr>
        <w:spacing w:after="0"/>
      </w:pPr>
    </w:p>
    <w:p w14:paraId="1B81757F" w14:textId="73FEAC58" w:rsidR="00435517" w:rsidRDefault="008222D4">
      <w:r>
        <w:rPr>
          <w:b/>
        </w:rPr>
        <w:t>Evidence Requirements for Reference Letters</w:t>
      </w:r>
      <w:r w:rsidR="004B2DD3">
        <w:rPr>
          <w:b/>
        </w:rPr>
        <w:t>:</w:t>
      </w:r>
    </w:p>
    <w:p w14:paraId="50854E98" w14:textId="7CF37AA4" w:rsidR="00435517" w:rsidRDefault="008222D4" w:rsidP="00B83BCE">
      <w:pPr>
        <w:pStyle w:val="ListParagraph"/>
        <w:numPr>
          <w:ilvl w:val="0"/>
          <w:numId w:val="10"/>
        </w:numPr>
      </w:pPr>
      <w:r>
        <w:t>Name of client.</w:t>
      </w:r>
    </w:p>
    <w:p w14:paraId="252505AC" w14:textId="442F6A64" w:rsidR="00435517" w:rsidRDefault="008222D4" w:rsidP="00B83BCE">
      <w:pPr>
        <w:pStyle w:val="ListParagraph"/>
        <w:numPr>
          <w:ilvl w:val="0"/>
          <w:numId w:val="10"/>
        </w:numPr>
      </w:pPr>
      <w:r>
        <w:t>Name of service provider.</w:t>
      </w:r>
    </w:p>
    <w:p w14:paraId="185752E8" w14:textId="4CAB9DB8" w:rsidR="00435517" w:rsidRDefault="008222D4" w:rsidP="00B83BCE">
      <w:pPr>
        <w:pStyle w:val="ListParagraph"/>
        <w:numPr>
          <w:ilvl w:val="0"/>
          <w:numId w:val="10"/>
        </w:numPr>
      </w:pPr>
      <w:r>
        <w:t>Description of training provided.</w:t>
      </w:r>
    </w:p>
    <w:p w14:paraId="69144354" w14:textId="5FE9AA3B" w:rsidR="00435517" w:rsidRDefault="008222D4" w:rsidP="00B83BCE">
      <w:pPr>
        <w:pStyle w:val="ListParagraph"/>
        <w:numPr>
          <w:ilvl w:val="0"/>
          <w:numId w:val="10"/>
        </w:numPr>
      </w:pPr>
      <w:r>
        <w:t>Type of furnace/equipment involved.</w:t>
      </w:r>
    </w:p>
    <w:p w14:paraId="4967DE6F" w14:textId="396E5513" w:rsidR="00435517" w:rsidRDefault="008222D4" w:rsidP="00B83BCE">
      <w:pPr>
        <w:pStyle w:val="ListParagraph"/>
        <w:numPr>
          <w:ilvl w:val="0"/>
          <w:numId w:val="10"/>
        </w:numPr>
      </w:pPr>
      <w:r>
        <w:t>Number of operators trained.</w:t>
      </w:r>
    </w:p>
    <w:p w14:paraId="30CD17E6" w14:textId="6FAA3272" w:rsidR="00435517" w:rsidRDefault="008222D4" w:rsidP="00B83BCE">
      <w:pPr>
        <w:pStyle w:val="ListParagraph"/>
        <w:numPr>
          <w:ilvl w:val="0"/>
          <w:numId w:val="10"/>
        </w:numPr>
      </w:pPr>
      <w:r>
        <w:t>Confirmation that training was practical/on-the-job.</w:t>
      </w:r>
    </w:p>
    <w:p w14:paraId="471AA8A6" w14:textId="0A8A886C" w:rsidR="00435517" w:rsidRDefault="008222D4" w:rsidP="00B83BCE">
      <w:pPr>
        <w:pStyle w:val="ListParagraph"/>
        <w:numPr>
          <w:ilvl w:val="0"/>
          <w:numId w:val="10"/>
        </w:numPr>
      </w:pPr>
      <w:r>
        <w:t>Date/year of training.</w:t>
      </w:r>
    </w:p>
    <w:p w14:paraId="64C4B6D4" w14:textId="16A2F060" w:rsidR="00435517" w:rsidRDefault="008222D4" w:rsidP="00B83BCE">
      <w:pPr>
        <w:pStyle w:val="ListParagraph"/>
        <w:numPr>
          <w:ilvl w:val="0"/>
          <w:numId w:val="10"/>
        </w:numPr>
      </w:pPr>
      <w:r>
        <w:t>Confirmation that the training was successfully completed.</w:t>
      </w:r>
    </w:p>
    <w:p w14:paraId="69A6CAA4" w14:textId="3E693AA6" w:rsidR="00435517" w:rsidRDefault="008222D4" w:rsidP="00B83BCE">
      <w:pPr>
        <w:pStyle w:val="ListParagraph"/>
        <w:numPr>
          <w:ilvl w:val="0"/>
          <w:numId w:val="10"/>
        </w:numPr>
      </w:pPr>
      <w:r>
        <w:t>Client contact details for verification.</w:t>
      </w:r>
    </w:p>
    <w:sectPr w:rsidR="00435517" w:rsidSect="00034616">
      <w:footerReference w:type="default" r:id="rId8"/>
      <w:pgSz w:w="12240" w:h="15840"/>
      <w:pgMar w:top="1008" w:right="936" w:bottom="1008" w:left="936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45022D9" w14:textId="77777777" w:rsidR="00404D1C" w:rsidRDefault="00404D1C">
      <w:pPr>
        <w:spacing w:after="0" w:line="240" w:lineRule="auto"/>
      </w:pPr>
      <w:r>
        <w:separator/>
      </w:r>
    </w:p>
  </w:endnote>
  <w:endnote w:type="continuationSeparator" w:id="0">
    <w:p w14:paraId="00C58E38" w14:textId="77777777" w:rsidR="00404D1C" w:rsidRDefault="00404D1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A0DDB3" w14:textId="77777777" w:rsidR="00435517" w:rsidRDefault="008222D4">
    <w:pPr>
      <w:pStyle w:val="Footer"/>
      <w:jc w:val="center"/>
    </w:pPr>
    <w:r>
      <w:rPr>
        <w:sz w:val="16"/>
      </w:rPr>
      <w:t>Technical Evaluation – Practical and On-the-Job Training for Coreless Induction Furnace Operators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924BA48" w14:textId="77777777" w:rsidR="00404D1C" w:rsidRDefault="00404D1C">
      <w:pPr>
        <w:spacing w:after="0" w:line="240" w:lineRule="auto"/>
      </w:pPr>
      <w:r>
        <w:separator/>
      </w:r>
    </w:p>
  </w:footnote>
  <w:footnote w:type="continuationSeparator" w:id="0">
    <w:p w14:paraId="7CBD7D56" w14:textId="77777777" w:rsidR="00404D1C" w:rsidRDefault="00404D1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5A2B5C2F"/>
    <w:multiLevelType w:val="hybridMultilevel"/>
    <w:tmpl w:val="6FE08542"/>
    <w:lvl w:ilvl="0" w:tplc="1C090001">
      <w:start w:val="1"/>
      <w:numFmt w:val="bullet"/>
      <w:lvlText w:val=""/>
      <w:lvlJc w:val="left"/>
      <w:pPr>
        <w:ind w:left="864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584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304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3024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744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464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184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904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624" w:hanging="360"/>
      </w:pPr>
      <w:rPr>
        <w:rFonts w:ascii="Wingdings" w:hAnsi="Wingdings" w:hint="default"/>
      </w:rPr>
    </w:lvl>
  </w:abstractNum>
  <w:abstractNum w:abstractNumId="10" w15:restartNumberingAfterBreak="0">
    <w:nsid w:val="7B357D7F"/>
    <w:multiLevelType w:val="hybridMultilevel"/>
    <w:tmpl w:val="959E594E"/>
    <w:lvl w:ilvl="0" w:tplc="80BC2834">
      <w:numFmt w:val="bullet"/>
      <w:lvlText w:val="•"/>
      <w:lvlJc w:val="left"/>
      <w:pPr>
        <w:ind w:left="504" w:hanging="360"/>
      </w:pPr>
      <w:rPr>
        <w:rFonts w:ascii="Arial" w:eastAsiaTheme="minorEastAsia" w:hAnsi="Arial" w:cs="Arial" w:hint="default"/>
      </w:rPr>
    </w:lvl>
    <w:lvl w:ilvl="1" w:tplc="1C090003" w:tentative="1">
      <w:start w:val="1"/>
      <w:numFmt w:val="bullet"/>
      <w:lvlText w:val="o"/>
      <w:lvlJc w:val="left"/>
      <w:pPr>
        <w:ind w:left="1224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1944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664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384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104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4824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544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264" w:hanging="360"/>
      </w:pPr>
      <w:rPr>
        <w:rFonts w:ascii="Wingdings" w:hAnsi="Wingdings" w:hint="default"/>
      </w:rPr>
    </w:lvl>
  </w:abstractNum>
  <w:num w:numId="1" w16cid:durableId="797334815">
    <w:abstractNumId w:val="8"/>
  </w:num>
  <w:num w:numId="2" w16cid:durableId="352196376">
    <w:abstractNumId w:val="6"/>
  </w:num>
  <w:num w:numId="3" w16cid:durableId="1260330807">
    <w:abstractNumId w:val="5"/>
  </w:num>
  <w:num w:numId="4" w16cid:durableId="1290552417">
    <w:abstractNumId w:val="4"/>
  </w:num>
  <w:num w:numId="5" w16cid:durableId="207569884">
    <w:abstractNumId w:val="7"/>
  </w:num>
  <w:num w:numId="6" w16cid:durableId="400491308">
    <w:abstractNumId w:val="3"/>
  </w:num>
  <w:num w:numId="7" w16cid:durableId="1691681453">
    <w:abstractNumId w:val="2"/>
  </w:num>
  <w:num w:numId="8" w16cid:durableId="1682783251">
    <w:abstractNumId w:val="1"/>
  </w:num>
  <w:num w:numId="9" w16cid:durableId="1109620415">
    <w:abstractNumId w:val="0"/>
  </w:num>
  <w:num w:numId="10" w16cid:durableId="1451047471">
    <w:abstractNumId w:val="9"/>
  </w:num>
  <w:num w:numId="11" w16cid:durableId="104726556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15074B"/>
    <w:rsid w:val="0029639D"/>
    <w:rsid w:val="00326F90"/>
    <w:rsid w:val="00404D1C"/>
    <w:rsid w:val="00435517"/>
    <w:rsid w:val="00490AA4"/>
    <w:rsid w:val="004B2DD3"/>
    <w:rsid w:val="00545246"/>
    <w:rsid w:val="005846C8"/>
    <w:rsid w:val="0058564D"/>
    <w:rsid w:val="008222D4"/>
    <w:rsid w:val="00893EEC"/>
    <w:rsid w:val="00902DE2"/>
    <w:rsid w:val="00AA1D8D"/>
    <w:rsid w:val="00B16842"/>
    <w:rsid w:val="00B47730"/>
    <w:rsid w:val="00B83BCE"/>
    <w:rsid w:val="00BB2E72"/>
    <w:rsid w:val="00CB0664"/>
    <w:rsid w:val="00CD2405"/>
    <w:rsid w:val="00CF1D91"/>
    <w:rsid w:val="00D0360F"/>
    <w:rsid w:val="00D15B0B"/>
    <w:rsid w:val="00FC693F"/>
    <w:rsid w:val="00FD69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,"/>
  <w14:docId w14:val="5451A49F"/>
  <w14:defaultImageDpi w14:val="300"/>
  <w15:docId w15:val="{C41086FA-DE74-45B0-B0F4-CB579117AE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  <w:rPr>
      <w:rFonts w:ascii="Arial" w:hAnsi="Arial"/>
      <w:sz w:val="20"/>
    </w:rPr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498</Words>
  <Characters>2840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3332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Catherine Matima</cp:lastModifiedBy>
  <cp:revision>2</cp:revision>
  <dcterms:created xsi:type="dcterms:W3CDTF">2026-08-24T09:17:00Z</dcterms:created>
  <dcterms:modified xsi:type="dcterms:W3CDTF">2026-08-24T09:17:00Z</dcterms:modified>
  <cp:category/>
</cp:coreProperties>
</file>