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D4DA" w14:textId="77777777" w:rsidR="00660C48" w:rsidRDefault="00116D75" w:rsidP="00D75122">
      <w:pPr>
        <w:spacing w:after="0" w:line="360" w:lineRule="auto"/>
        <w:jc w:val="center"/>
        <w:rPr>
          <w:rFonts w:ascii="Aptos" w:hAnsi="Aptos"/>
          <w:b/>
          <w:sz w:val="24"/>
          <w:szCs w:val="24"/>
        </w:rPr>
      </w:pPr>
      <w:r w:rsidRPr="00D75122">
        <w:rPr>
          <w:rFonts w:ascii="Aptos" w:hAnsi="Aptos"/>
          <w:b/>
          <w:sz w:val="24"/>
          <w:szCs w:val="24"/>
        </w:rPr>
        <w:t>CANDIDATE INFORMATION VERIFICATION, CONSENT AND DECLARATION ADDENDUM</w:t>
      </w:r>
    </w:p>
    <w:p w14:paraId="0247B3FC" w14:textId="77777777" w:rsidR="00D75122" w:rsidRDefault="00D75122" w:rsidP="00D75122">
      <w:pPr>
        <w:spacing w:after="0" w:line="360" w:lineRule="auto"/>
        <w:jc w:val="both"/>
        <w:rPr>
          <w:rFonts w:ascii="Aptos" w:hAnsi="Aptos"/>
          <w:b/>
          <w:sz w:val="24"/>
          <w:szCs w:val="24"/>
        </w:rPr>
      </w:pPr>
    </w:p>
    <w:p w14:paraId="3E6E95A6" w14:textId="77777777" w:rsidR="00D75122" w:rsidRPr="00D75122" w:rsidRDefault="00D75122" w:rsidP="00D75122">
      <w:pPr>
        <w:spacing w:after="0" w:line="360" w:lineRule="auto"/>
        <w:jc w:val="both"/>
        <w:rPr>
          <w:rFonts w:ascii="Aptos" w:hAnsi="Aptos"/>
          <w:sz w:val="24"/>
          <w:szCs w:val="24"/>
        </w:rPr>
      </w:pPr>
    </w:p>
    <w:p w14:paraId="4DC79CAA" w14:textId="77777777" w:rsidR="00660C48" w:rsidRDefault="00116D75" w:rsidP="00D75122">
      <w:pPr>
        <w:spacing w:after="0" w:line="360" w:lineRule="auto"/>
        <w:jc w:val="both"/>
        <w:rPr>
          <w:rFonts w:ascii="Aptos" w:hAnsi="Aptos"/>
          <w:sz w:val="24"/>
          <w:szCs w:val="24"/>
        </w:rPr>
      </w:pPr>
      <w:r w:rsidRPr="00D75122">
        <w:rPr>
          <w:rFonts w:ascii="Aptos" w:hAnsi="Aptos"/>
          <w:sz w:val="24"/>
          <w:szCs w:val="24"/>
        </w:rPr>
        <w:t>to be completed by the candidate and submitted through the appointed Recruitment Service Provider</w:t>
      </w:r>
    </w:p>
    <w:p w14:paraId="2C2A3E72" w14:textId="77777777" w:rsidR="00D75122" w:rsidRPr="00D75122" w:rsidRDefault="00D75122" w:rsidP="00D75122">
      <w:pPr>
        <w:spacing w:after="0" w:line="360" w:lineRule="auto"/>
        <w:jc w:val="both"/>
        <w:rPr>
          <w:rFonts w:ascii="Aptos" w:hAnsi="Aptos"/>
          <w:sz w:val="24"/>
          <w:szCs w:val="24"/>
        </w:rPr>
      </w:pPr>
    </w:p>
    <w:p w14:paraId="7DD20E0E" w14:textId="77777777" w:rsidR="00660C48" w:rsidRDefault="00116D75" w:rsidP="00D75122">
      <w:pPr>
        <w:spacing w:after="0" w:line="360" w:lineRule="auto"/>
        <w:jc w:val="both"/>
        <w:rPr>
          <w:rFonts w:ascii="Aptos" w:hAnsi="Aptos"/>
          <w:sz w:val="24"/>
          <w:szCs w:val="24"/>
        </w:rPr>
      </w:pPr>
      <w:r w:rsidRPr="00D75122">
        <w:rPr>
          <w:rFonts w:ascii="Aptos" w:hAnsi="Aptos"/>
          <w:sz w:val="24"/>
          <w:szCs w:val="24"/>
        </w:rPr>
        <w:t>This Addendum forms part of the recruitment submission process and is intended to enable Interfront to verify information submitted by a Recruitment Service Provider and to obtain the candidate’s confirmation and lawful consent.</w:t>
      </w:r>
    </w:p>
    <w:p w14:paraId="673F34B4" w14:textId="77777777" w:rsidR="00D75122" w:rsidRPr="00D75122" w:rsidRDefault="00D75122" w:rsidP="00D75122">
      <w:pPr>
        <w:spacing w:after="0" w:line="360" w:lineRule="auto"/>
        <w:jc w:val="both"/>
        <w:rPr>
          <w:rFonts w:ascii="Aptos" w:hAnsi="Aptos"/>
          <w:sz w:val="24"/>
          <w:szCs w:val="24"/>
        </w:rPr>
      </w:pPr>
    </w:p>
    <w:p w14:paraId="7E72294A" w14:textId="3B429001"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1</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PURPOSE</w:t>
      </w:r>
      <w:proofErr w:type="gramEnd"/>
    </w:p>
    <w:p w14:paraId="7CA705F9" w14:textId="3DF33E56"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1.1 </w:t>
      </w:r>
      <w:r w:rsidR="00D75122">
        <w:rPr>
          <w:rFonts w:ascii="Aptos" w:hAnsi="Aptos"/>
          <w:sz w:val="24"/>
          <w:szCs w:val="24"/>
        </w:rPr>
        <w:tab/>
      </w:r>
      <w:r w:rsidRPr="00D75122">
        <w:rPr>
          <w:rFonts w:ascii="Aptos" w:hAnsi="Aptos"/>
          <w:sz w:val="24"/>
          <w:szCs w:val="24"/>
        </w:rPr>
        <w:t>The candidate confirms that the information supplied to the Service Provider and submitted to Interfront relates to the candidate and is accurate, complete and not misleading to the best of the candidate’s knowledge.</w:t>
      </w:r>
    </w:p>
    <w:p w14:paraId="3D48302F" w14:textId="77777777" w:rsidR="00D75122" w:rsidRPr="00D75122" w:rsidRDefault="00D75122" w:rsidP="00D75122">
      <w:pPr>
        <w:spacing w:after="0" w:line="360" w:lineRule="auto"/>
        <w:ind w:left="1134" w:hanging="1134"/>
        <w:jc w:val="both"/>
        <w:rPr>
          <w:rFonts w:ascii="Aptos" w:hAnsi="Aptos"/>
          <w:sz w:val="24"/>
          <w:szCs w:val="24"/>
        </w:rPr>
      </w:pPr>
    </w:p>
    <w:p w14:paraId="2E9D18AB" w14:textId="156D5A03"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1.2 </w:t>
      </w:r>
      <w:r w:rsidR="00D75122">
        <w:rPr>
          <w:rFonts w:ascii="Aptos" w:hAnsi="Aptos"/>
          <w:sz w:val="24"/>
          <w:szCs w:val="24"/>
        </w:rPr>
        <w:tab/>
      </w:r>
      <w:r w:rsidRPr="00D75122">
        <w:rPr>
          <w:rFonts w:ascii="Aptos" w:hAnsi="Aptos"/>
          <w:sz w:val="24"/>
          <w:szCs w:val="24"/>
        </w:rPr>
        <w:t xml:space="preserve">The candidate </w:t>
      </w:r>
      <w:proofErr w:type="spellStart"/>
      <w:r w:rsidRPr="00D75122">
        <w:rPr>
          <w:rFonts w:ascii="Aptos" w:hAnsi="Aptos"/>
          <w:sz w:val="24"/>
          <w:szCs w:val="24"/>
        </w:rPr>
        <w:t>authorises</w:t>
      </w:r>
      <w:proofErr w:type="spellEnd"/>
      <w:r w:rsidRPr="00D75122">
        <w:rPr>
          <w:rFonts w:ascii="Aptos" w:hAnsi="Aptos"/>
          <w:sz w:val="24"/>
          <w:szCs w:val="24"/>
        </w:rPr>
        <w:t xml:space="preserve"> Interfront to verify information relevant to the recruitment process, including identity, qualifications, employment history, references, right to work and other information reasonably required for recruitment and pre-employment screening, subject to applicable law.</w:t>
      </w:r>
    </w:p>
    <w:p w14:paraId="17A71B2B" w14:textId="77777777" w:rsidR="00D75122" w:rsidRPr="00D75122" w:rsidRDefault="00D75122" w:rsidP="00D75122">
      <w:pPr>
        <w:spacing w:after="0" w:line="360" w:lineRule="auto"/>
        <w:ind w:left="1134" w:hanging="1134"/>
        <w:jc w:val="both"/>
        <w:rPr>
          <w:rFonts w:ascii="Aptos" w:hAnsi="Aptos"/>
          <w:sz w:val="24"/>
          <w:szCs w:val="24"/>
        </w:rPr>
      </w:pPr>
    </w:p>
    <w:p w14:paraId="5BC831A9" w14:textId="30EBD880"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2</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CANDIDATE</w:t>
      </w:r>
      <w:proofErr w:type="gramEnd"/>
      <w:r w:rsidRPr="00D75122">
        <w:rPr>
          <w:rFonts w:ascii="Aptos" w:hAnsi="Aptos"/>
          <w:sz w:val="24"/>
          <w:szCs w:val="24"/>
        </w:rPr>
        <w:t xml:space="preserve"> DETAILS</w:t>
      </w:r>
    </w:p>
    <w:tbl>
      <w:tblPr>
        <w:tblW w:w="0" w:type="auto"/>
        <w:tblLook w:val="04A0" w:firstRow="1" w:lastRow="0" w:firstColumn="1" w:lastColumn="0" w:noHBand="0" w:noVBand="1"/>
      </w:tblPr>
      <w:tblGrid>
        <w:gridCol w:w="3394"/>
        <w:gridCol w:w="6398"/>
      </w:tblGrid>
      <w:tr w:rsidR="00660C48" w:rsidRPr="00D75122" w14:paraId="30AF2498" w14:textId="77777777">
        <w:tc>
          <w:tcPr>
            <w:tcW w:w="4896" w:type="dxa"/>
            <w:shd w:val="clear" w:color="auto" w:fill="D9EAF7"/>
          </w:tcPr>
          <w:p w14:paraId="2A25FC8F"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Full names and surname</w:t>
            </w:r>
          </w:p>
        </w:tc>
        <w:tc>
          <w:tcPr>
            <w:tcW w:w="4896" w:type="dxa"/>
          </w:tcPr>
          <w:p w14:paraId="0E56BD77"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5B72C8A6" w14:textId="77777777">
        <w:tc>
          <w:tcPr>
            <w:tcW w:w="4896" w:type="dxa"/>
            <w:shd w:val="clear" w:color="auto" w:fill="D9EAF7"/>
          </w:tcPr>
          <w:p w14:paraId="4A1BB50F"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Identity/passport number</w:t>
            </w:r>
          </w:p>
        </w:tc>
        <w:tc>
          <w:tcPr>
            <w:tcW w:w="4896" w:type="dxa"/>
          </w:tcPr>
          <w:p w14:paraId="23FDD220"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312B97E5" w14:textId="77777777">
        <w:tc>
          <w:tcPr>
            <w:tcW w:w="4896" w:type="dxa"/>
            <w:shd w:val="clear" w:color="auto" w:fill="D9EAF7"/>
          </w:tcPr>
          <w:p w14:paraId="5D887CE4"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Nationality / citizenship</w:t>
            </w:r>
          </w:p>
        </w:tc>
        <w:tc>
          <w:tcPr>
            <w:tcW w:w="4896" w:type="dxa"/>
          </w:tcPr>
          <w:p w14:paraId="582C28F1"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2D734ADC" w14:textId="77777777">
        <w:tc>
          <w:tcPr>
            <w:tcW w:w="4896" w:type="dxa"/>
            <w:shd w:val="clear" w:color="auto" w:fill="D9EAF7"/>
          </w:tcPr>
          <w:p w14:paraId="706EE6B5"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Residential address</w:t>
            </w:r>
          </w:p>
        </w:tc>
        <w:tc>
          <w:tcPr>
            <w:tcW w:w="4896" w:type="dxa"/>
          </w:tcPr>
          <w:p w14:paraId="6995A8A2"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67092B84" w14:textId="77777777">
        <w:tc>
          <w:tcPr>
            <w:tcW w:w="4896" w:type="dxa"/>
            <w:shd w:val="clear" w:color="auto" w:fill="D9EAF7"/>
          </w:tcPr>
          <w:p w14:paraId="3B0BA500"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Email address</w:t>
            </w:r>
          </w:p>
        </w:tc>
        <w:tc>
          <w:tcPr>
            <w:tcW w:w="4896" w:type="dxa"/>
          </w:tcPr>
          <w:p w14:paraId="48C5CAFD"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1A0D17F7" w14:textId="77777777">
        <w:tc>
          <w:tcPr>
            <w:tcW w:w="4896" w:type="dxa"/>
            <w:shd w:val="clear" w:color="auto" w:fill="D9EAF7"/>
          </w:tcPr>
          <w:p w14:paraId="65D75E76"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Telephone number</w:t>
            </w:r>
          </w:p>
        </w:tc>
        <w:tc>
          <w:tcPr>
            <w:tcW w:w="4896" w:type="dxa"/>
          </w:tcPr>
          <w:p w14:paraId="124FCA35"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4C6183E3" w14:textId="77777777">
        <w:tc>
          <w:tcPr>
            <w:tcW w:w="4896" w:type="dxa"/>
            <w:shd w:val="clear" w:color="auto" w:fill="D9EAF7"/>
          </w:tcPr>
          <w:p w14:paraId="035D27DD"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Position applied for</w:t>
            </w:r>
          </w:p>
        </w:tc>
        <w:tc>
          <w:tcPr>
            <w:tcW w:w="4896" w:type="dxa"/>
          </w:tcPr>
          <w:p w14:paraId="27CF078D"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645C4408" w14:textId="77777777">
        <w:tc>
          <w:tcPr>
            <w:tcW w:w="4896" w:type="dxa"/>
            <w:shd w:val="clear" w:color="auto" w:fill="D9EAF7"/>
          </w:tcPr>
          <w:p w14:paraId="540D893C"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Recruitment Service Provider</w:t>
            </w:r>
          </w:p>
        </w:tc>
        <w:tc>
          <w:tcPr>
            <w:tcW w:w="4896" w:type="dxa"/>
          </w:tcPr>
          <w:p w14:paraId="2656A09C"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r w:rsidR="00660C48" w:rsidRPr="00D75122" w14:paraId="533C5B54" w14:textId="77777777">
        <w:tc>
          <w:tcPr>
            <w:tcW w:w="4896" w:type="dxa"/>
            <w:shd w:val="clear" w:color="auto" w:fill="D9EAF7"/>
          </w:tcPr>
          <w:p w14:paraId="42AACC0F"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Date of submission</w:t>
            </w:r>
          </w:p>
        </w:tc>
        <w:tc>
          <w:tcPr>
            <w:tcW w:w="4896" w:type="dxa"/>
          </w:tcPr>
          <w:p w14:paraId="2D633D88"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________________________________________________________</w:t>
            </w:r>
          </w:p>
        </w:tc>
      </w:tr>
    </w:tbl>
    <w:p w14:paraId="4D8885F3" w14:textId="51F23D47"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lastRenderedPageBreak/>
        <w:t>3</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VERIFICATION</w:t>
      </w:r>
      <w:proofErr w:type="gramEnd"/>
      <w:r w:rsidRPr="00D75122">
        <w:rPr>
          <w:rFonts w:ascii="Aptos" w:hAnsi="Aptos"/>
          <w:sz w:val="24"/>
          <w:szCs w:val="24"/>
        </w:rPr>
        <w:t xml:space="preserve"> OF INFORMATION</w:t>
      </w:r>
    </w:p>
    <w:p w14:paraId="09878C5A" w14:textId="52A78239" w:rsidR="00660C48" w:rsidRDefault="00116D75" w:rsidP="00D75122">
      <w:pPr>
        <w:spacing w:after="0" w:line="360" w:lineRule="auto"/>
        <w:ind w:left="993" w:hanging="993"/>
        <w:jc w:val="both"/>
        <w:rPr>
          <w:rFonts w:ascii="Aptos" w:hAnsi="Aptos"/>
          <w:sz w:val="24"/>
          <w:szCs w:val="24"/>
        </w:rPr>
      </w:pPr>
      <w:r w:rsidRPr="00D75122">
        <w:rPr>
          <w:rFonts w:ascii="Aptos" w:hAnsi="Aptos"/>
          <w:sz w:val="24"/>
          <w:szCs w:val="24"/>
        </w:rPr>
        <w:t xml:space="preserve">3.1 </w:t>
      </w:r>
      <w:r w:rsidR="00D75122">
        <w:rPr>
          <w:rFonts w:ascii="Aptos" w:hAnsi="Aptos"/>
          <w:sz w:val="24"/>
          <w:szCs w:val="24"/>
        </w:rPr>
        <w:tab/>
      </w:r>
      <w:r w:rsidRPr="00D75122">
        <w:rPr>
          <w:rFonts w:ascii="Aptos" w:hAnsi="Aptos"/>
          <w:sz w:val="24"/>
          <w:szCs w:val="24"/>
        </w:rPr>
        <w:t>I confirm that the information contained in my CV, application, qualifications, employment history and other documents supplied for this application is true and accurate to the best of my knowledge.</w:t>
      </w:r>
    </w:p>
    <w:p w14:paraId="2F0A1DD7" w14:textId="77777777" w:rsidR="00D75122" w:rsidRPr="00D75122" w:rsidRDefault="00D75122" w:rsidP="00D75122">
      <w:pPr>
        <w:spacing w:after="0" w:line="360" w:lineRule="auto"/>
        <w:ind w:left="993" w:hanging="993"/>
        <w:jc w:val="both"/>
        <w:rPr>
          <w:rFonts w:ascii="Aptos" w:hAnsi="Aptos"/>
          <w:sz w:val="24"/>
          <w:szCs w:val="24"/>
        </w:rPr>
      </w:pPr>
    </w:p>
    <w:p w14:paraId="302020B4" w14:textId="32279374" w:rsidR="00660C48" w:rsidRDefault="00116D75" w:rsidP="00D75122">
      <w:pPr>
        <w:spacing w:after="0" w:line="360" w:lineRule="auto"/>
        <w:ind w:left="993" w:hanging="993"/>
        <w:jc w:val="both"/>
        <w:rPr>
          <w:rFonts w:ascii="Aptos" w:hAnsi="Aptos"/>
          <w:sz w:val="24"/>
          <w:szCs w:val="24"/>
        </w:rPr>
      </w:pPr>
      <w:r w:rsidRPr="00D75122">
        <w:rPr>
          <w:rFonts w:ascii="Aptos" w:hAnsi="Aptos"/>
          <w:sz w:val="24"/>
          <w:szCs w:val="24"/>
        </w:rPr>
        <w:t xml:space="preserve">3.2 </w:t>
      </w:r>
      <w:r w:rsidR="00D75122">
        <w:rPr>
          <w:rFonts w:ascii="Aptos" w:hAnsi="Aptos"/>
          <w:sz w:val="24"/>
          <w:szCs w:val="24"/>
        </w:rPr>
        <w:tab/>
      </w:r>
      <w:r w:rsidRPr="00D75122">
        <w:rPr>
          <w:rFonts w:ascii="Aptos" w:hAnsi="Aptos"/>
          <w:sz w:val="24"/>
          <w:szCs w:val="24"/>
        </w:rPr>
        <w:t>I understand that Interfront may verify information directly with educational institutions, previous employers, referees, professional bodies, regulatory authorities and other lawful sources.</w:t>
      </w:r>
    </w:p>
    <w:p w14:paraId="355E81D1" w14:textId="77777777" w:rsidR="00D75122" w:rsidRPr="00D75122" w:rsidRDefault="00D75122" w:rsidP="00D75122">
      <w:pPr>
        <w:spacing w:after="0" w:line="360" w:lineRule="auto"/>
        <w:ind w:left="993" w:hanging="993"/>
        <w:jc w:val="both"/>
        <w:rPr>
          <w:rFonts w:ascii="Aptos" w:hAnsi="Aptos"/>
          <w:sz w:val="24"/>
          <w:szCs w:val="24"/>
        </w:rPr>
      </w:pPr>
    </w:p>
    <w:p w14:paraId="5B936238" w14:textId="05A6FE0E" w:rsidR="00660C48" w:rsidRDefault="00116D75" w:rsidP="00D75122">
      <w:pPr>
        <w:spacing w:after="0" w:line="360" w:lineRule="auto"/>
        <w:ind w:left="993" w:hanging="993"/>
        <w:jc w:val="both"/>
        <w:rPr>
          <w:rFonts w:ascii="Aptos" w:hAnsi="Aptos"/>
          <w:sz w:val="24"/>
          <w:szCs w:val="24"/>
        </w:rPr>
      </w:pPr>
      <w:r w:rsidRPr="00D75122">
        <w:rPr>
          <w:rFonts w:ascii="Aptos" w:hAnsi="Aptos"/>
          <w:sz w:val="24"/>
          <w:szCs w:val="24"/>
        </w:rPr>
        <w:t xml:space="preserve">3.3 </w:t>
      </w:r>
      <w:r w:rsidR="00D75122">
        <w:rPr>
          <w:rFonts w:ascii="Aptos" w:hAnsi="Aptos"/>
          <w:sz w:val="24"/>
          <w:szCs w:val="24"/>
        </w:rPr>
        <w:tab/>
      </w:r>
      <w:r w:rsidRPr="00D75122">
        <w:rPr>
          <w:rFonts w:ascii="Aptos" w:hAnsi="Aptos"/>
          <w:sz w:val="24"/>
          <w:szCs w:val="24"/>
        </w:rPr>
        <w:t xml:space="preserve">I </w:t>
      </w:r>
      <w:proofErr w:type="spellStart"/>
      <w:r w:rsidRPr="00D75122">
        <w:rPr>
          <w:rFonts w:ascii="Aptos" w:hAnsi="Aptos"/>
          <w:sz w:val="24"/>
          <w:szCs w:val="24"/>
        </w:rPr>
        <w:t>authorise</w:t>
      </w:r>
      <w:proofErr w:type="spellEnd"/>
      <w:r w:rsidRPr="00D75122">
        <w:rPr>
          <w:rFonts w:ascii="Aptos" w:hAnsi="Aptos"/>
          <w:sz w:val="24"/>
          <w:szCs w:val="24"/>
        </w:rPr>
        <w:t xml:space="preserve"> such </w:t>
      </w:r>
      <w:proofErr w:type="gramStart"/>
      <w:r w:rsidRPr="00D75122">
        <w:rPr>
          <w:rFonts w:ascii="Aptos" w:hAnsi="Aptos"/>
          <w:sz w:val="24"/>
          <w:szCs w:val="24"/>
        </w:rPr>
        <w:t>persons</w:t>
      </w:r>
      <w:proofErr w:type="gramEnd"/>
      <w:r w:rsidRPr="00D75122">
        <w:rPr>
          <w:rFonts w:ascii="Aptos" w:hAnsi="Aptos"/>
          <w:sz w:val="24"/>
          <w:szCs w:val="24"/>
        </w:rPr>
        <w:t xml:space="preserve"> or institutions, where lawfully permitted, to provide information reasonably required to verify my application.</w:t>
      </w:r>
    </w:p>
    <w:p w14:paraId="5C59FC66" w14:textId="77777777" w:rsidR="00D75122" w:rsidRPr="00D75122" w:rsidRDefault="00D75122" w:rsidP="00D75122">
      <w:pPr>
        <w:spacing w:after="0" w:line="360" w:lineRule="auto"/>
        <w:ind w:left="993" w:hanging="993"/>
        <w:jc w:val="both"/>
        <w:rPr>
          <w:rFonts w:ascii="Aptos" w:hAnsi="Aptos"/>
          <w:sz w:val="24"/>
          <w:szCs w:val="24"/>
        </w:rPr>
      </w:pPr>
    </w:p>
    <w:p w14:paraId="402BED76" w14:textId="0334BA96" w:rsidR="00660C48" w:rsidRDefault="00116D75" w:rsidP="00D75122">
      <w:pPr>
        <w:spacing w:after="0" w:line="360" w:lineRule="auto"/>
        <w:ind w:left="993" w:hanging="993"/>
        <w:jc w:val="both"/>
        <w:rPr>
          <w:rFonts w:ascii="Aptos" w:hAnsi="Aptos"/>
          <w:sz w:val="24"/>
          <w:szCs w:val="24"/>
        </w:rPr>
      </w:pPr>
      <w:r w:rsidRPr="00D75122">
        <w:rPr>
          <w:rFonts w:ascii="Aptos" w:hAnsi="Aptos"/>
          <w:sz w:val="24"/>
          <w:szCs w:val="24"/>
        </w:rPr>
        <w:t xml:space="preserve">3.4 </w:t>
      </w:r>
      <w:r w:rsidR="00D75122">
        <w:rPr>
          <w:rFonts w:ascii="Aptos" w:hAnsi="Aptos"/>
          <w:sz w:val="24"/>
          <w:szCs w:val="24"/>
        </w:rPr>
        <w:tab/>
      </w:r>
      <w:r w:rsidRPr="00D75122">
        <w:rPr>
          <w:rFonts w:ascii="Aptos" w:hAnsi="Aptos"/>
          <w:sz w:val="24"/>
          <w:szCs w:val="24"/>
        </w:rPr>
        <w:t>I undertake to notify Interfront promptly if any material information supplied by me changes or is discovered to be inaccurate.</w:t>
      </w:r>
    </w:p>
    <w:p w14:paraId="6814769E" w14:textId="77777777" w:rsidR="00D75122" w:rsidRPr="00D75122" w:rsidRDefault="00D75122" w:rsidP="00D75122">
      <w:pPr>
        <w:spacing w:after="0" w:line="360" w:lineRule="auto"/>
        <w:ind w:left="993" w:hanging="993"/>
        <w:jc w:val="both"/>
        <w:rPr>
          <w:rFonts w:ascii="Aptos" w:hAnsi="Aptos"/>
          <w:sz w:val="24"/>
          <w:szCs w:val="24"/>
        </w:rPr>
      </w:pPr>
    </w:p>
    <w:p w14:paraId="7041B004" w14:textId="741784B4" w:rsidR="00660C48" w:rsidRDefault="00116D75" w:rsidP="00D75122">
      <w:pPr>
        <w:spacing w:after="0" w:line="360" w:lineRule="auto"/>
        <w:ind w:left="993" w:hanging="993"/>
        <w:jc w:val="both"/>
        <w:rPr>
          <w:rFonts w:ascii="Aptos" w:hAnsi="Aptos"/>
          <w:sz w:val="24"/>
          <w:szCs w:val="24"/>
        </w:rPr>
      </w:pPr>
      <w:r w:rsidRPr="00D75122">
        <w:rPr>
          <w:rFonts w:ascii="Aptos" w:hAnsi="Aptos"/>
          <w:sz w:val="24"/>
          <w:szCs w:val="24"/>
        </w:rPr>
        <w:t xml:space="preserve">3.5 </w:t>
      </w:r>
      <w:r w:rsidR="00D75122">
        <w:rPr>
          <w:rFonts w:ascii="Aptos" w:hAnsi="Aptos"/>
          <w:sz w:val="24"/>
          <w:szCs w:val="24"/>
        </w:rPr>
        <w:tab/>
      </w:r>
      <w:r w:rsidRPr="00D75122">
        <w:rPr>
          <w:rFonts w:ascii="Aptos" w:hAnsi="Aptos"/>
          <w:sz w:val="24"/>
          <w:szCs w:val="24"/>
        </w:rPr>
        <w:t>I understand that material misrepresentation, falsification or omission may result in my application being rejected or, if discovered after appointment, may result in appropriate employment action.</w:t>
      </w:r>
    </w:p>
    <w:p w14:paraId="66F9CCFF" w14:textId="77777777" w:rsidR="00D75122" w:rsidRPr="00D75122" w:rsidRDefault="00D75122" w:rsidP="00D75122">
      <w:pPr>
        <w:spacing w:after="0" w:line="360" w:lineRule="auto"/>
        <w:ind w:left="993" w:hanging="993"/>
        <w:jc w:val="both"/>
        <w:rPr>
          <w:rFonts w:ascii="Aptos" w:hAnsi="Aptos"/>
          <w:sz w:val="24"/>
          <w:szCs w:val="24"/>
        </w:rPr>
      </w:pPr>
    </w:p>
    <w:p w14:paraId="230A75BA" w14:textId="1185B76A" w:rsidR="00660C48" w:rsidRPr="00D75122" w:rsidRDefault="00116D75" w:rsidP="00D75122">
      <w:pPr>
        <w:pStyle w:val="Heading1"/>
        <w:tabs>
          <w:tab w:val="left" w:pos="1134"/>
        </w:tabs>
        <w:spacing w:before="0" w:line="360" w:lineRule="auto"/>
        <w:ind w:left="1134" w:hanging="1134"/>
        <w:jc w:val="both"/>
        <w:rPr>
          <w:rFonts w:ascii="Aptos" w:hAnsi="Aptos"/>
          <w:sz w:val="24"/>
          <w:szCs w:val="24"/>
        </w:rPr>
      </w:pPr>
      <w:r w:rsidRPr="00D75122">
        <w:rPr>
          <w:rFonts w:ascii="Aptos" w:hAnsi="Aptos"/>
          <w:sz w:val="24"/>
          <w:szCs w:val="24"/>
        </w:rPr>
        <w:t xml:space="preserve">4. </w:t>
      </w:r>
      <w:r w:rsidR="00D75122">
        <w:rPr>
          <w:rFonts w:ascii="Aptos" w:hAnsi="Aptos"/>
          <w:sz w:val="24"/>
          <w:szCs w:val="24"/>
        </w:rPr>
        <w:tab/>
      </w:r>
      <w:r w:rsidRPr="00D75122">
        <w:rPr>
          <w:rFonts w:ascii="Aptos" w:hAnsi="Aptos"/>
          <w:sz w:val="24"/>
          <w:szCs w:val="24"/>
        </w:rPr>
        <w:t>RIGHT TO LIVE AND WORK IN SOUTH AFRICA</w:t>
      </w:r>
    </w:p>
    <w:p w14:paraId="6353262D" w14:textId="09A3AA9B"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4.1 </w:t>
      </w:r>
      <w:r w:rsidR="00D75122">
        <w:rPr>
          <w:rFonts w:ascii="Aptos" w:hAnsi="Aptos"/>
          <w:sz w:val="24"/>
          <w:szCs w:val="24"/>
        </w:rPr>
        <w:tab/>
      </w:r>
      <w:r w:rsidRPr="00D75122">
        <w:rPr>
          <w:rFonts w:ascii="Aptos" w:hAnsi="Aptos"/>
          <w:sz w:val="24"/>
          <w:szCs w:val="24"/>
        </w:rPr>
        <w:t>I confirm that I am legally entitled to live and work in South Africa in respect of the position for which I am applying, or I have disclosed any applicable limitation to the Recruitment Service Provider and Interfront.</w:t>
      </w:r>
    </w:p>
    <w:p w14:paraId="0626BDB1" w14:textId="77777777" w:rsidR="00D75122" w:rsidRPr="00D75122" w:rsidRDefault="00D75122" w:rsidP="00D75122">
      <w:pPr>
        <w:spacing w:after="0" w:line="360" w:lineRule="auto"/>
        <w:ind w:left="1134" w:hanging="1134"/>
        <w:jc w:val="both"/>
        <w:rPr>
          <w:rFonts w:ascii="Aptos" w:hAnsi="Aptos"/>
          <w:sz w:val="24"/>
          <w:szCs w:val="24"/>
        </w:rPr>
      </w:pPr>
    </w:p>
    <w:p w14:paraId="07EC82BD" w14:textId="1747D2AB"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4.2 </w:t>
      </w:r>
      <w:r w:rsidR="00D75122">
        <w:rPr>
          <w:rFonts w:ascii="Aptos" w:hAnsi="Aptos"/>
          <w:sz w:val="24"/>
          <w:szCs w:val="24"/>
        </w:rPr>
        <w:tab/>
      </w:r>
      <w:r w:rsidRPr="00D75122">
        <w:rPr>
          <w:rFonts w:ascii="Aptos" w:hAnsi="Aptos"/>
          <w:sz w:val="24"/>
          <w:szCs w:val="24"/>
        </w:rPr>
        <w:t xml:space="preserve">I undertake to provide documentary evidence of my right to work, visa, permit or </w:t>
      </w:r>
      <w:proofErr w:type="gramStart"/>
      <w:r w:rsidRPr="00D75122">
        <w:rPr>
          <w:rFonts w:ascii="Aptos" w:hAnsi="Aptos"/>
          <w:sz w:val="24"/>
          <w:szCs w:val="24"/>
        </w:rPr>
        <w:t>other</w:t>
      </w:r>
      <w:proofErr w:type="gramEnd"/>
      <w:r w:rsidRPr="00D75122">
        <w:rPr>
          <w:rFonts w:ascii="Aptos" w:hAnsi="Aptos"/>
          <w:sz w:val="24"/>
          <w:szCs w:val="24"/>
        </w:rPr>
        <w:t xml:space="preserve"> lawful </w:t>
      </w:r>
      <w:proofErr w:type="spellStart"/>
      <w:r w:rsidRPr="00D75122">
        <w:rPr>
          <w:rFonts w:ascii="Aptos" w:hAnsi="Aptos"/>
          <w:sz w:val="24"/>
          <w:szCs w:val="24"/>
        </w:rPr>
        <w:t>authorisation</w:t>
      </w:r>
      <w:proofErr w:type="spellEnd"/>
      <w:r w:rsidRPr="00D75122">
        <w:rPr>
          <w:rFonts w:ascii="Aptos" w:hAnsi="Aptos"/>
          <w:sz w:val="24"/>
          <w:szCs w:val="24"/>
        </w:rPr>
        <w:t xml:space="preserve"> when requested.</w:t>
      </w:r>
    </w:p>
    <w:p w14:paraId="280897A1" w14:textId="77777777" w:rsidR="00D75122" w:rsidRPr="00D75122" w:rsidRDefault="00D75122" w:rsidP="00D75122">
      <w:pPr>
        <w:spacing w:after="0" w:line="360" w:lineRule="auto"/>
        <w:ind w:left="1134" w:hanging="1134"/>
        <w:jc w:val="both"/>
        <w:rPr>
          <w:rFonts w:ascii="Aptos" w:hAnsi="Aptos"/>
          <w:sz w:val="24"/>
          <w:szCs w:val="24"/>
        </w:rPr>
      </w:pPr>
    </w:p>
    <w:p w14:paraId="17603FD7" w14:textId="6CADC5E4" w:rsidR="00660C48" w:rsidRPr="00D75122"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4.3 </w:t>
      </w:r>
      <w:r w:rsidR="00D75122">
        <w:rPr>
          <w:rFonts w:ascii="Aptos" w:hAnsi="Aptos"/>
          <w:sz w:val="24"/>
          <w:szCs w:val="24"/>
        </w:rPr>
        <w:tab/>
      </w:r>
      <w:r w:rsidRPr="00D75122">
        <w:rPr>
          <w:rFonts w:ascii="Aptos" w:hAnsi="Aptos"/>
          <w:sz w:val="24"/>
          <w:szCs w:val="24"/>
        </w:rPr>
        <w:t>I understand that certain positions may lawfully require South African citizenship because of security clearance, client-specific, regulatory, government or contractual requirements.</w:t>
      </w:r>
    </w:p>
    <w:p w14:paraId="627DD0E7" w14:textId="618DA3D4"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lastRenderedPageBreak/>
        <w:t xml:space="preserve">4.4 </w:t>
      </w:r>
      <w:r w:rsidR="00D75122">
        <w:rPr>
          <w:rFonts w:ascii="Aptos" w:hAnsi="Aptos"/>
          <w:sz w:val="24"/>
          <w:szCs w:val="24"/>
        </w:rPr>
        <w:tab/>
      </w:r>
      <w:r w:rsidRPr="00D75122">
        <w:rPr>
          <w:rFonts w:ascii="Aptos" w:hAnsi="Aptos"/>
          <w:sz w:val="24"/>
          <w:szCs w:val="24"/>
        </w:rPr>
        <w:t>Where South African citizenship is stated as a mandatory requirement for the position, I confirm that I meet that requirement or acknowledge that my application may not be considered.</w:t>
      </w:r>
    </w:p>
    <w:p w14:paraId="610F7C78" w14:textId="77777777" w:rsidR="00D75122" w:rsidRPr="00D75122" w:rsidRDefault="00D75122" w:rsidP="00D75122">
      <w:pPr>
        <w:spacing w:after="0" w:line="360" w:lineRule="auto"/>
        <w:ind w:left="1134" w:hanging="1134"/>
        <w:jc w:val="both"/>
        <w:rPr>
          <w:rFonts w:ascii="Aptos" w:hAnsi="Aptos"/>
          <w:sz w:val="24"/>
          <w:szCs w:val="24"/>
        </w:rPr>
      </w:pPr>
    </w:p>
    <w:p w14:paraId="0FC417CB" w14:textId="42E95A05"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5</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CANDIDATE</w:t>
      </w:r>
      <w:proofErr w:type="gramEnd"/>
      <w:r w:rsidRPr="00D75122">
        <w:rPr>
          <w:rFonts w:ascii="Aptos" w:hAnsi="Aptos"/>
          <w:sz w:val="24"/>
          <w:szCs w:val="24"/>
        </w:rPr>
        <w:t xml:space="preserve"> OWNERSHIP AND SUBMISSION</w:t>
      </w:r>
    </w:p>
    <w:p w14:paraId="70D19378" w14:textId="71CFA9DB"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5.1 </w:t>
      </w:r>
      <w:r w:rsidR="00D75122">
        <w:rPr>
          <w:rFonts w:ascii="Aptos" w:hAnsi="Aptos"/>
          <w:sz w:val="24"/>
          <w:szCs w:val="24"/>
        </w:rPr>
        <w:tab/>
      </w:r>
      <w:r w:rsidRPr="00D75122">
        <w:rPr>
          <w:rFonts w:ascii="Aptos" w:hAnsi="Aptos"/>
          <w:sz w:val="24"/>
          <w:szCs w:val="24"/>
        </w:rPr>
        <w:t>I confirm that I have authorised the Recruitment Service Provider named above to submit my application to Interfront for the specified position.</w:t>
      </w:r>
    </w:p>
    <w:p w14:paraId="7B9DF1F9" w14:textId="77777777" w:rsidR="00D75122" w:rsidRPr="00D75122" w:rsidRDefault="00D75122" w:rsidP="00D75122">
      <w:pPr>
        <w:spacing w:after="0" w:line="360" w:lineRule="auto"/>
        <w:ind w:left="1134" w:hanging="1134"/>
        <w:jc w:val="both"/>
        <w:rPr>
          <w:rFonts w:ascii="Aptos" w:hAnsi="Aptos"/>
          <w:sz w:val="24"/>
          <w:szCs w:val="24"/>
        </w:rPr>
      </w:pPr>
    </w:p>
    <w:p w14:paraId="331362CC" w14:textId="46B43B68"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5.2 </w:t>
      </w:r>
      <w:r w:rsidR="00D75122">
        <w:rPr>
          <w:rFonts w:ascii="Aptos" w:hAnsi="Aptos"/>
          <w:sz w:val="24"/>
          <w:szCs w:val="24"/>
        </w:rPr>
        <w:tab/>
      </w:r>
      <w:r w:rsidRPr="00D75122">
        <w:rPr>
          <w:rFonts w:ascii="Aptos" w:hAnsi="Aptos"/>
          <w:sz w:val="24"/>
          <w:szCs w:val="24"/>
        </w:rPr>
        <w:t>I understand that candidate ownership between approved Service Providers is determined by Interfront in accordance with its recruitment process and system records.</w:t>
      </w:r>
    </w:p>
    <w:p w14:paraId="6EA69DD8" w14:textId="77777777" w:rsidR="00D75122" w:rsidRPr="00D75122" w:rsidRDefault="00D75122" w:rsidP="00D75122">
      <w:pPr>
        <w:spacing w:after="0" w:line="360" w:lineRule="auto"/>
        <w:ind w:left="1134" w:hanging="1134"/>
        <w:jc w:val="both"/>
        <w:rPr>
          <w:rFonts w:ascii="Aptos" w:hAnsi="Aptos"/>
          <w:sz w:val="24"/>
          <w:szCs w:val="24"/>
        </w:rPr>
      </w:pPr>
    </w:p>
    <w:p w14:paraId="09C1FDDC" w14:textId="0B57E092"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5.3 </w:t>
      </w:r>
      <w:r w:rsidR="00D75122">
        <w:rPr>
          <w:rFonts w:ascii="Aptos" w:hAnsi="Aptos"/>
          <w:sz w:val="24"/>
          <w:szCs w:val="24"/>
        </w:rPr>
        <w:tab/>
      </w:r>
      <w:r w:rsidRPr="00D75122">
        <w:rPr>
          <w:rFonts w:ascii="Aptos" w:hAnsi="Aptos"/>
          <w:sz w:val="24"/>
          <w:szCs w:val="24"/>
        </w:rPr>
        <w:t>I confirm whether I previously applied directly to Interfront for the same position: YES / NO.</w:t>
      </w:r>
    </w:p>
    <w:p w14:paraId="3A395B49" w14:textId="77777777" w:rsidR="00D75122" w:rsidRPr="00D75122" w:rsidRDefault="00D75122" w:rsidP="00D75122">
      <w:pPr>
        <w:spacing w:after="0" w:line="360" w:lineRule="auto"/>
        <w:ind w:left="1134" w:hanging="1134"/>
        <w:jc w:val="both"/>
        <w:rPr>
          <w:rFonts w:ascii="Aptos" w:hAnsi="Aptos"/>
          <w:sz w:val="24"/>
          <w:szCs w:val="24"/>
        </w:rPr>
      </w:pPr>
    </w:p>
    <w:p w14:paraId="72349AEA" w14:textId="454F0812"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5.4</w:t>
      </w:r>
      <w:r w:rsidR="00D75122">
        <w:rPr>
          <w:rFonts w:ascii="Aptos" w:hAnsi="Aptos"/>
          <w:sz w:val="24"/>
          <w:szCs w:val="24"/>
        </w:rPr>
        <w:tab/>
      </w:r>
      <w:r w:rsidRPr="00D75122">
        <w:rPr>
          <w:rFonts w:ascii="Aptos" w:hAnsi="Aptos"/>
          <w:sz w:val="24"/>
          <w:szCs w:val="24"/>
        </w:rPr>
        <w:t xml:space="preserve"> If YES, I understand that my prior direct application may affect the Service Provider’s entitlement to a placement fee.</w:t>
      </w:r>
    </w:p>
    <w:p w14:paraId="6FCFC622" w14:textId="77777777" w:rsidR="00D75122" w:rsidRPr="00D75122" w:rsidRDefault="00D75122" w:rsidP="00D75122">
      <w:pPr>
        <w:spacing w:after="0" w:line="360" w:lineRule="auto"/>
        <w:ind w:left="1134" w:hanging="1134"/>
        <w:jc w:val="both"/>
        <w:rPr>
          <w:rFonts w:ascii="Aptos" w:hAnsi="Aptos"/>
          <w:sz w:val="24"/>
          <w:szCs w:val="24"/>
        </w:rPr>
      </w:pPr>
    </w:p>
    <w:p w14:paraId="6727F379" w14:textId="735A52A4"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6</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PROTECTION</w:t>
      </w:r>
      <w:proofErr w:type="gramEnd"/>
      <w:r w:rsidRPr="00D75122">
        <w:rPr>
          <w:rFonts w:ascii="Aptos" w:hAnsi="Aptos"/>
          <w:sz w:val="24"/>
          <w:szCs w:val="24"/>
        </w:rPr>
        <w:t xml:space="preserve"> OF PERSONAL INFORMATION</w:t>
      </w:r>
    </w:p>
    <w:p w14:paraId="02B45B87" w14:textId="6F456CC8" w:rsidR="00660C48" w:rsidRDefault="00116D75" w:rsidP="00D75122">
      <w:pPr>
        <w:spacing w:after="0" w:line="360" w:lineRule="auto"/>
        <w:ind w:left="1276" w:hanging="1276"/>
        <w:jc w:val="both"/>
        <w:rPr>
          <w:rFonts w:ascii="Aptos" w:hAnsi="Aptos"/>
          <w:sz w:val="24"/>
          <w:szCs w:val="24"/>
        </w:rPr>
      </w:pPr>
      <w:r w:rsidRPr="00D75122">
        <w:rPr>
          <w:rFonts w:ascii="Aptos" w:hAnsi="Aptos"/>
          <w:sz w:val="24"/>
          <w:szCs w:val="24"/>
        </w:rPr>
        <w:t xml:space="preserve">6.1 </w:t>
      </w:r>
      <w:r w:rsidR="00D75122">
        <w:rPr>
          <w:rFonts w:ascii="Aptos" w:hAnsi="Aptos"/>
          <w:sz w:val="24"/>
          <w:szCs w:val="24"/>
        </w:rPr>
        <w:tab/>
      </w:r>
      <w:r w:rsidRPr="00D75122">
        <w:rPr>
          <w:rFonts w:ascii="Aptos" w:hAnsi="Aptos"/>
          <w:sz w:val="24"/>
          <w:szCs w:val="24"/>
        </w:rPr>
        <w:t>I acknowledge that my personal information will be processed for recruitment, candidate assessment, verification, appointment, onboarding, governance, audit and related lawful purposes.</w:t>
      </w:r>
    </w:p>
    <w:p w14:paraId="0DB7E396" w14:textId="77777777" w:rsidR="00D75122" w:rsidRPr="00D75122" w:rsidRDefault="00D75122" w:rsidP="00D75122">
      <w:pPr>
        <w:spacing w:after="0" w:line="360" w:lineRule="auto"/>
        <w:ind w:left="1276" w:hanging="1276"/>
        <w:jc w:val="both"/>
        <w:rPr>
          <w:rFonts w:ascii="Aptos" w:hAnsi="Aptos"/>
          <w:sz w:val="24"/>
          <w:szCs w:val="24"/>
        </w:rPr>
      </w:pPr>
    </w:p>
    <w:p w14:paraId="5C27F31A" w14:textId="62A29CF3" w:rsidR="00660C48" w:rsidRDefault="00116D75" w:rsidP="00D75122">
      <w:pPr>
        <w:spacing w:after="0" w:line="360" w:lineRule="auto"/>
        <w:ind w:left="1276" w:hanging="1276"/>
        <w:jc w:val="both"/>
        <w:rPr>
          <w:rFonts w:ascii="Aptos" w:hAnsi="Aptos"/>
          <w:sz w:val="24"/>
          <w:szCs w:val="24"/>
        </w:rPr>
      </w:pPr>
      <w:r w:rsidRPr="00D75122">
        <w:rPr>
          <w:rFonts w:ascii="Aptos" w:hAnsi="Aptos"/>
          <w:sz w:val="24"/>
          <w:szCs w:val="24"/>
        </w:rPr>
        <w:t xml:space="preserve">6.2 </w:t>
      </w:r>
      <w:r w:rsidR="00D75122">
        <w:rPr>
          <w:rFonts w:ascii="Aptos" w:hAnsi="Aptos"/>
          <w:sz w:val="24"/>
          <w:szCs w:val="24"/>
        </w:rPr>
        <w:tab/>
      </w:r>
      <w:r w:rsidRPr="00D75122">
        <w:rPr>
          <w:rFonts w:ascii="Aptos" w:hAnsi="Aptos"/>
          <w:sz w:val="24"/>
          <w:szCs w:val="24"/>
        </w:rPr>
        <w:t>I confirm that I have been informed by the Recruitment Service Provider that my personal information will be submitted to Interfront and processed for the purposes described above.</w:t>
      </w:r>
    </w:p>
    <w:p w14:paraId="30ECE94B" w14:textId="77777777" w:rsidR="00D75122" w:rsidRPr="00D75122" w:rsidRDefault="00D75122" w:rsidP="00D75122">
      <w:pPr>
        <w:spacing w:after="0" w:line="360" w:lineRule="auto"/>
        <w:ind w:left="1276" w:hanging="1276"/>
        <w:jc w:val="both"/>
        <w:rPr>
          <w:rFonts w:ascii="Aptos" w:hAnsi="Aptos"/>
          <w:sz w:val="24"/>
          <w:szCs w:val="24"/>
        </w:rPr>
      </w:pPr>
    </w:p>
    <w:p w14:paraId="03A61AF9" w14:textId="0BBEAEC0" w:rsidR="00660C48" w:rsidRDefault="00116D75" w:rsidP="00D75122">
      <w:pPr>
        <w:spacing w:after="0" w:line="360" w:lineRule="auto"/>
        <w:ind w:left="1276" w:hanging="1276"/>
        <w:jc w:val="both"/>
        <w:rPr>
          <w:rFonts w:ascii="Aptos" w:hAnsi="Aptos"/>
          <w:sz w:val="24"/>
          <w:szCs w:val="24"/>
        </w:rPr>
      </w:pPr>
      <w:r w:rsidRPr="00D75122">
        <w:rPr>
          <w:rFonts w:ascii="Aptos" w:hAnsi="Aptos"/>
          <w:sz w:val="24"/>
          <w:szCs w:val="24"/>
        </w:rPr>
        <w:t xml:space="preserve">6.3 </w:t>
      </w:r>
      <w:r w:rsidR="00D75122">
        <w:rPr>
          <w:rFonts w:ascii="Aptos" w:hAnsi="Aptos"/>
          <w:sz w:val="24"/>
          <w:szCs w:val="24"/>
        </w:rPr>
        <w:tab/>
      </w:r>
      <w:r w:rsidRPr="00D75122">
        <w:rPr>
          <w:rFonts w:ascii="Aptos" w:hAnsi="Aptos"/>
          <w:sz w:val="24"/>
          <w:szCs w:val="24"/>
        </w:rPr>
        <w:t>I consent, to the extent consent is required as the lawful basis for the relevant processing, to the collection, use, verification, storage and disclosure of my personal information for these purposes.</w:t>
      </w:r>
    </w:p>
    <w:p w14:paraId="74E6D79B" w14:textId="77777777" w:rsidR="00D75122" w:rsidRPr="00D75122" w:rsidRDefault="00D75122" w:rsidP="00D75122">
      <w:pPr>
        <w:spacing w:after="0" w:line="360" w:lineRule="auto"/>
        <w:ind w:left="1276" w:hanging="1276"/>
        <w:jc w:val="both"/>
        <w:rPr>
          <w:rFonts w:ascii="Aptos" w:hAnsi="Aptos"/>
          <w:sz w:val="24"/>
          <w:szCs w:val="24"/>
        </w:rPr>
      </w:pPr>
    </w:p>
    <w:p w14:paraId="16656381" w14:textId="56EA53F0" w:rsidR="00660C48" w:rsidRDefault="00116D75" w:rsidP="00D75122">
      <w:pPr>
        <w:spacing w:after="0" w:line="360" w:lineRule="auto"/>
        <w:ind w:left="1276" w:hanging="1276"/>
        <w:jc w:val="both"/>
        <w:rPr>
          <w:rFonts w:ascii="Aptos" w:hAnsi="Aptos"/>
          <w:sz w:val="24"/>
          <w:szCs w:val="24"/>
        </w:rPr>
      </w:pPr>
      <w:r w:rsidRPr="00D75122">
        <w:rPr>
          <w:rFonts w:ascii="Aptos" w:hAnsi="Aptos"/>
          <w:sz w:val="24"/>
          <w:szCs w:val="24"/>
        </w:rPr>
        <w:lastRenderedPageBreak/>
        <w:t xml:space="preserve">6.4 </w:t>
      </w:r>
      <w:r w:rsidR="00D75122">
        <w:rPr>
          <w:rFonts w:ascii="Aptos" w:hAnsi="Aptos"/>
          <w:sz w:val="24"/>
          <w:szCs w:val="24"/>
        </w:rPr>
        <w:tab/>
      </w:r>
      <w:r w:rsidRPr="00D75122">
        <w:rPr>
          <w:rFonts w:ascii="Aptos" w:hAnsi="Aptos"/>
          <w:sz w:val="24"/>
          <w:szCs w:val="24"/>
        </w:rPr>
        <w:t>I understand that some processing may be undertaken on another lawful basis permitted by POPIA and that consent may not be required for every processing activity.</w:t>
      </w:r>
    </w:p>
    <w:p w14:paraId="64EF77C4" w14:textId="77777777" w:rsidR="00D75122" w:rsidRPr="00D75122" w:rsidRDefault="00D75122" w:rsidP="00D75122">
      <w:pPr>
        <w:spacing w:after="0" w:line="360" w:lineRule="auto"/>
        <w:ind w:left="1276" w:hanging="1276"/>
        <w:jc w:val="both"/>
        <w:rPr>
          <w:rFonts w:ascii="Aptos" w:hAnsi="Aptos"/>
          <w:sz w:val="24"/>
          <w:szCs w:val="24"/>
        </w:rPr>
      </w:pPr>
    </w:p>
    <w:p w14:paraId="4AA7034F" w14:textId="51D27ED5" w:rsidR="00660C48" w:rsidRDefault="00116D75" w:rsidP="00D75122">
      <w:pPr>
        <w:spacing w:after="0" w:line="360" w:lineRule="auto"/>
        <w:ind w:left="1276" w:hanging="1276"/>
        <w:jc w:val="both"/>
        <w:rPr>
          <w:rFonts w:ascii="Aptos" w:hAnsi="Aptos"/>
          <w:sz w:val="24"/>
          <w:szCs w:val="24"/>
        </w:rPr>
      </w:pPr>
      <w:r w:rsidRPr="00D75122">
        <w:rPr>
          <w:rFonts w:ascii="Aptos" w:hAnsi="Aptos"/>
          <w:sz w:val="24"/>
          <w:szCs w:val="24"/>
        </w:rPr>
        <w:t xml:space="preserve">6.5 </w:t>
      </w:r>
      <w:r w:rsidR="00D75122">
        <w:rPr>
          <w:rFonts w:ascii="Aptos" w:hAnsi="Aptos"/>
          <w:sz w:val="24"/>
          <w:szCs w:val="24"/>
        </w:rPr>
        <w:tab/>
      </w:r>
      <w:r w:rsidRPr="00D75122">
        <w:rPr>
          <w:rFonts w:ascii="Aptos" w:hAnsi="Aptos"/>
          <w:sz w:val="24"/>
          <w:szCs w:val="24"/>
        </w:rPr>
        <w:t>I understand that I may exercise my rights under applicable data-protection law, subject to lawful limitations.</w:t>
      </w:r>
    </w:p>
    <w:p w14:paraId="468E58C4" w14:textId="77777777" w:rsidR="00D75122" w:rsidRPr="00D75122" w:rsidRDefault="00D75122" w:rsidP="00D75122">
      <w:pPr>
        <w:spacing w:after="0" w:line="360" w:lineRule="auto"/>
        <w:ind w:left="1276" w:hanging="1276"/>
        <w:jc w:val="both"/>
        <w:rPr>
          <w:rFonts w:ascii="Aptos" w:hAnsi="Aptos"/>
          <w:sz w:val="24"/>
          <w:szCs w:val="24"/>
        </w:rPr>
      </w:pPr>
    </w:p>
    <w:p w14:paraId="0436D76D" w14:textId="1457D6BC"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7</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REFERENCES</w:t>
      </w:r>
      <w:proofErr w:type="gramEnd"/>
      <w:r w:rsidRPr="00D75122">
        <w:rPr>
          <w:rFonts w:ascii="Aptos" w:hAnsi="Aptos"/>
          <w:sz w:val="24"/>
          <w:szCs w:val="24"/>
        </w:rPr>
        <w:t xml:space="preserve"> AND BACKGROUND VERIFICATION</w:t>
      </w:r>
    </w:p>
    <w:p w14:paraId="46F32F63" w14:textId="2244025B"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7.1 </w:t>
      </w:r>
      <w:r w:rsidR="00D75122">
        <w:rPr>
          <w:rFonts w:ascii="Aptos" w:hAnsi="Aptos"/>
          <w:sz w:val="24"/>
          <w:szCs w:val="24"/>
        </w:rPr>
        <w:tab/>
      </w:r>
      <w:r w:rsidRPr="00D75122">
        <w:rPr>
          <w:rFonts w:ascii="Aptos" w:hAnsi="Aptos"/>
          <w:sz w:val="24"/>
          <w:szCs w:val="24"/>
        </w:rPr>
        <w:t xml:space="preserve">I </w:t>
      </w:r>
      <w:proofErr w:type="spellStart"/>
      <w:r w:rsidRPr="00D75122">
        <w:rPr>
          <w:rFonts w:ascii="Aptos" w:hAnsi="Aptos"/>
          <w:sz w:val="24"/>
          <w:szCs w:val="24"/>
        </w:rPr>
        <w:t>authorise</w:t>
      </w:r>
      <w:proofErr w:type="spellEnd"/>
      <w:r w:rsidRPr="00D75122">
        <w:rPr>
          <w:rFonts w:ascii="Aptos" w:hAnsi="Aptos"/>
          <w:sz w:val="24"/>
          <w:szCs w:val="24"/>
        </w:rPr>
        <w:t xml:space="preserve"> Interfront and/or its authorised service providers to contact the referees and other verification sources provided by me and to verify information relevant to my application.</w:t>
      </w:r>
    </w:p>
    <w:p w14:paraId="4499C819" w14:textId="77777777" w:rsidR="00D75122" w:rsidRPr="00D75122" w:rsidRDefault="00D75122" w:rsidP="00D75122">
      <w:pPr>
        <w:spacing w:after="0" w:line="360" w:lineRule="auto"/>
        <w:ind w:left="1134" w:hanging="1134"/>
        <w:jc w:val="both"/>
        <w:rPr>
          <w:rFonts w:ascii="Aptos" w:hAnsi="Aptos"/>
          <w:sz w:val="24"/>
          <w:szCs w:val="24"/>
        </w:rPr>
      </w:pPr>
    </w:p>
    <w:p w14:paraId="7A6DCB0B" w14:textId="261B30FB" w:rsidR="00660C48" w:rsidRDefault="00116D75" w:rsidP="00D75122">
      <w:pPr>
        <w:spacing w:after="0" w:line="360" w:lineRule="auto"/>
        <w:ind w:left="1134" w:hanging="1134"/>
        <w:jc w:val="both"/>
        <w:rPr>
          <w:rFonts w:ascii="Aptos" w:hAnsi="Aptos"/>
          <w:sz w:val="24"/>
          <w:szCs w:val="24"/>
        </w:rPr>
      </w:pPr>
      <w:r w:rsidRPr="00D75122">
        <w:rPr>
          <w:rFonts w:ascii="Aptos" w:hAnsi="Aptos"/>
          <w:sz w:val="24"/>
          <w:szCs w:val="24"/>
        </w:rPr>
        <w:t xml:space="preserve">7.2 </w:t>
      </w:r>
      <w:r w:rsidR="00D75122">
        <w:rPr>
          <w:rFonts w:ascii="Aptos" w:hAnsi="Aptos"/>
          <w:sz w:val="24"/>
          <w:szCs w:val="24"/>
        </w:rPr>
        <w:tab/>
      </w:r>
      <w:r w:rsidRPr="00D75122">
        <w:rPr>
          <w:rFonts w:ascii="Aptos" w:hAnsi="Aptos"/>
          <w:sz w:val="24"/>
          <w:szCs w:val="24"/>
        </w:rPr>
        <w:t>I confirm that the contact details supplied for referees are accurate to the best of my knowledge and that I have no reason to believe that the information provided is misleading.</w:t>
      </w:r>
    </w:p>
    <w:p w14:paraId="03C5F411" w14:textId="77777777" w:rsidR="00D75122" w:rsidRPr="00D75122" w:rsidRDefault="00D75122" w:rsidP="00D75122">
      <w:pPr>
        <w:spacing w:after="0" w:line="360" w:lineRule="auto"/>
        <w:ind w:left="1134" w:hanging="1134"/>
        <w:jc w:val="both"/>
        <w:rPr>
          <w:rFonts w:ascii="Aptos" w:hAnsi="Aptos"/>
          <w:sz w:val="24"/>
          <w:szCs w:val="24"/>
        </w:rPr>
      </w:pPr>
    </w:p>
    <w:p w14:paraId="61135C48" w14:textId="5C30DE1B"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8</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DECLARATION</w:t>
      </w:r>
      <w:proofErr w:type="gramEnd"/>
    </w:p>
    <w:p w14:paraId="3EC81697" w14:textId="77777777" w:rsidR="00660C48" w:rsidRPr="00D75122" w:rsidRDefault="00116D75" w:rsidP="00D75122">
      <w:pPr>
        <w:tabs>
          <w:tab w:val="left" w:pos="1134"/>
        </w:tabs>
        <w:spacing w:after="0" w:line="360" w:lineRule="auto"/>
        <w:ind w:left="1134"/>
        <w:jc w:val="both"/>
        <w:rPr>
          <w:rFonts w:ascii="Aptos" w:hAnsi="Aptos"/>
          <w:sz w:val="24"/>
          <w:szCs w:val="24"/>
        </w:rPr>
      </w:pPr>
      <w:r w:rsidRPr="00D75122">
        <w:rPr>
          <w:rFonts w:ascii="Aptos" w:hAnsi="Aptos"/>
          <w:sz w:val="24"/>
          <w:szCs w:val="24"/>
        </w:rPr>
        <w:t>I declare that I have read and understood this Addendum, that the information provided by me is true and accurate to the best of my knowledge, and that I have voluntarily authorised the submission and verification of my information for the purposes stated above.</w:t>
      </w:r>
    </w:p>
    <w:tbl>
      <w:tblPr>
        <w:tblW w:w="0" w:type="auto"/>
        <w:tblInd w:w="1242" w:type="dxa"/>
        <w:tblLook w:val="04A0" w:firstRow="1" w:lastRow="0" w:firstColumn="1" w:lastColumn="0" w:noHBand="0" w:noVBand="1"/>
      </w:tblPr>
      <w:tblGrid>
        <w:gridCol w:w="3476"/>
        <w:gridCol w:w="5074"/>
      </w:tblGrid>
      <w:tr w:rsidR="00660C48" w:rsidRPr="00D75122" w14:paraId="21FD556D" w14:textId="77777777" w:rsidTr="00D75122">
        <w:tc>
          <w:tcPr>
            <w:tcW w:w="3654" w:type="dxa"/>
            <w:shd w:val="clear" w:color="auto" w:fill="D9EAF7"/>
          </w:tcPr>
          <w:p w14:paraId="1D176FEE"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Candidate name</w:t>
            </w:r>
          </w:p>
        </w:tc>
        <w:tc>
          <w:tcPr>
            <w:tcW w:w="5074" w:type="dxa"/>
          </w:tcPr>
          <w:p w14:paraId="272DC578"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2CF8D5BE" w14:textId="77777777" w:rsidTr="00D75122">
        <w:tc>
          <w:tcPr>
            <w:tcW w:w="3654" w:type="dxa"/>
            <w:shd w:val="clear" w:color="auto" w:fill="D9EAF7"/>
          </w:tcPr>
          <w:p w14:paraId="0EC2FF5B"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Candidate signature</w:t>
            </w:r>
          </w:p>
        </w:tc>
        <w:tc>
          <w:tcPr>
            <w:tcW w:w="5074" w:type="dxa"/>
          </w:tcPr>
          <w:p w14:paraId="69CB07D8"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6910D605" w14:textId="77777777" w:rsidTr="00D75122">
        <w:tc>
          <w:tcPr>
            <w:tcW w:w="3654" w:type="dxa"/>
            <w:shd w:val="clear" w:color="auto" w:fill="D9EAF7"/>
          </w:tcPr>
          <w:p w14:paraId="612C9F8E"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Date</w:t>
            </w:r>
          </w:p>
        </w:tc>
        <w:tc>
          <w:tcPr>
            <w:tcW w:w="5074" w:type="dxa"/>
          </w:tcPr>
          <w:p w14:paraId="07F1FA02"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60C9F0F5" w14:textId="77777777" w:rsidTr="00D75122">
        <w:tc>
          <w:tcPr>
            <w:tcW w:w="3654" w:type="dxa"/>
            <w:shd w:val="clear" w:color="auto" w:fill="D9EAF7"/>
          </w:tcPr>
          <w:p w14:paraId="45EF7FF8"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Recruitment Service Provider representative</w:t>
            </w:r>
          </w:p>
        </w:tc>
        <w:tc>
          <w:tcPr>
            <w:tcW w:w="5074" w:type="dxa"/>
          </w:tcPr>
          <w:p w14:paraId="100D1421"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43681733" w14:textId="77777777" w:rsidTr="00D75122">
        <w:tc>
          <w:tcPr>
            <w:tcW w:w="3654" w:type="dxa"/>
            <w:shd w:val="clear" w:color="auto" w:fill="D9EAF7"/>
          </w:tcPr>
          <w:p w14:paraId="3E2DBEF8"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Date</w:t>
            </w:r>
          </w:p>
        </w:tc>
        <w:tc>
          <w:tcPr>
            <w:tcW w:w="5074" w:type="dxa"/>
          </w:tcPr>
          <w:p w14:paraId="7C04135F"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D75122" w:rsidRPr="00D75122" w14:paraId="059BB5F1" w14:textId="77777777" w:rsidTr="00D75122">
        <w:tc>
          <w:tcPr>
            <w:tcW w:w="3654" w:type="dxa"/>
            <w:shd w:val="clear" w:color="auto" w:fill="D9EAF7"/>
          </w:tcPr>
          <w:p w14:paraId="0E8E99C1" w14:textId="77777777" w:rsidR="00D75122" w:rsidRPr="00D75122" w:rsidRDefault="00D75122" w:rsidP="00D75122">
            <w:pPr>
              <w:spacing w:after="0" w:line="360" w:lineRule="auto"/>
              <w:jc w:val="both"/>
              <w:rPr>
                <w:rFonts w:ascii="Aptos" w:hAnsi="Aptos"/>
                <w:sz w:val="24"/>
                <w:szCs w:val="24"/>
              </w:rPr>
            </w:pPr>
          </w:p>
        </w:tc>
        <w:tc>
          <w:tcPr>
            <w:tcW w:w="5074" w:type="dxa"/>
          </w:tcPr>
          <w:p w14:paraId="0FAD4779" w14:textId="77777777" w:rsidR="00D75122" w:rsidRPr="00D75122" w:rsidRDefault="00D75122" w:rsidP="00D75122">
            <w:pPr>
              <w:spacing w:after="0" w:line="360" w:lineRule="auto"/>
              <w:jc w:val="both"/>
              <w:rPr>
                <w:rFonts w:ascii="Aptos" w:hAnsi="Aptos"/>
                <w:sz w:val="24"/>
                <w:szCs w:val="24"/>
              </w:rPr>
            </w:pPr>
          </w:p>
        </w:tc>
      </w:tr>
    </w:tbl>
    <w:p w14:paraId="0B4EEAC1" w14:textId="30CD5F06" w:rsidR="00660C48" w:rsidRPr="00D75122" w:rsidRDefault="00116D75" w:rsidP="00D75122">
      <w:pPr>
        <w:pStyle w:val="Heading1"/>
        <w:spacing w:before="0" w:line="360" w:lineRule="auto"/>
        <w:ind w:left="1134" w:hanging="1134"/>
        <w:jc w:val="both"/>
        <w:rPr>
          <w:rFonts w:ascii="Aptos" w:hAnsi="Aptos"/>
          <w:sz w:val="24"/>
          <w:szCs w:val="24"/>
        </w:rPr>
      </w:pPr>
      <w:r w:rsidRPr="00D75122">
        <w:rPr>
          <w:rFonts w:ascii="Aptos" w:hAnsi="Aptos"/>
          <w:sz w:val="24"/>
          <w:szCs w:val="24"/>
        </w:rPr>
        <w:t>9</w:t>
      </w:r>
      <w:proofErr w:type="gramStart"/>
      <w:r w:rsidRPr="00D75122">
        <w:rPr>
          <w:rFonts w:ascii="Aptos" w:hAnsi="Aptos"/>
          <w:sz w:val="24"/>
          <w:szCs w:val="24"/>
        </w:rPr>
        <w:t xml:space="preserve">. </w:t>
      </w:r>
      <w:r w:rsidR="00D75122">
        <w:rPr>
          <w:rFonts w:ascii="Aptos" w:hAnsi="Aptos"/>
          <w:sz w:val="24"/>
          <w:szCs w:val="24"/>
        </w:rPr>
        <w:tab/>
      </w:r>
      <w:r w:rsidRPr="00D75122">
        <w:rPr>
          <w:rFonts w:ascii="Aptos" w:hAnsi="Aptos"/>
          <w:sz w:val="24"/>
          <w:szCs w:val="24"/>
        </w:rPr>
        <w:t>SERVICE</w:t>
      </w:r>
      <w:proofErr w:type="gramEnd"/>
      <w:r w:rsidRPr="00D75122">
        <w:rPr>
          <w:rFonts w:ascii="Aptos" w:hAnsi="Aptos"/>
          <w:sz w:val="24"/>
          <w:szCs w:val="24"/>
        </w:rPr>
        <w:t xml:space="preserve"> PROVIDER CONFIRMATION</w:t>
      </w:r>
    </w:p>
    <w:p w14:paraId="6D909ED0" w14:textId="77777777" w:rsidR="00660C48" w:rsidRPr="00D75122" w:rsidRDefault="00116D75" w:rsidP="00D75122">
      <w:pPr>
        <w:spacing w:after="0" w:line="360" w:lineRule="auto"/>
        <w:ind w:left="1134"/>
        <w:jc w:val="both"/>
        <w:rPr>
          <w:rFonts w:ascii="Aptos" w:hAnsi="Aptos"/>
          <w:sz w:val="24"/>
          <w:szCs w:val="24"/>
        </w:rPr>
      </w:pPr>
      <w:r w:rsidRPr="00D75122">
        <w:rPr>
          <w:rFonts w:ascii="Aptos" w:hAnsi="Aptos"/>
          <w:sz w:val="24"/>
          <w:szCs w:val="24"/>
        </w:rPr>
        <w:t xml:space="preserve">The Service Provider confirms that it has interviewed/screened the candidate, discussed the relevant position with the candidate, obtained </w:t>
      </w:r>
      <w:proofErr w:type="gramStart"/>
      <w:r w:rsidRPr="00D75122">
        <w:rPr>
          <w:rFonts w:ascii="Aptos" w:hAnsi="Aptos"/>
          <w:sz w:val="24"/>
          <w:szCs w:val="24"/>
        </w:rPr>
        <w:t>the candidate’s</w:t>
      </w:r>
      <w:proofErr w:type="gramEnd"/>
      <w:r w:rsidRPr="00D75122">
        <w:rPr>
          <w:rFonts w:ascii="Aptos" w:hAnsi="Aptos"/>
          <w:sz w:val="24"/>
          <w:szCs w:val="24"/>
        </w:rPr>
        <w:t xml:space="preserve"> </w:t>
      </w:r>
      <w:r w:rsidRPr="00D75122">
        <w:rPr>
          <w:rFonts w:ascii="Aptos" w:hAnsi="Aptos"/>
          <w:sz w:val="24"/>
          <w:szCs w:val="24"/>
        </w:rPr>
        <w:lastRenderedPageBreak/>
        <w:t>authority to submit the application, and taken reasonable steps to verify the material information supplied with the submission.</w:t>
      </w:r>
    </w:p>
    <w:tbl>
      <w:tblPr>
        <w:tblW w:w="0" w:type="auto"/>
        <w:tblInd w:w="1242" w:type="dxa"/>
        <w:tblLook w:val="04A0" w:firstRow="1" w:lastRow="0" w:firstColumn="1" w:lastColumn="0" w:noHBand="0" w:noVBand="1"/>
      </w:tblPr>
      <w:tblGrid>
        <w:gridCol w:w="3476"/>
        <w:gridCol w:w="5074"/>
      </w:tblGrid>
      <w:tr w:rsidR="00660C48" w:rsidRPr="00D75122" w14:paraId="41AEA3EB" w14:textId="77777777" w:rsidTr="00D75122">
        <w:tc>
          <w:tcPr>
            <w:tcW w:w="3654" w:type="dxa"/>
            <w:shd w:val="clear" w:color="auto" w:fill="D9EAF7"/>
          </w:tcPr>
          <w:p w14:paraId="60299450"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Service Provider name</w:t>
            </w:r>
          </w:p>
        </w:tc>
        <w:tc>
          <w:tcPr>
            <w:tcW w:w="5074" w:type="dxa"/>
          </w:tcPr>
          <w:p w14:paraId="362B998E"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665191A5" w14:textId="77777777" w:rsidTr="00D75122">
        <w:tc>
          <w:tcPr>
            <w:tcW w:w="3654" w:type="dxa"/>
            <w:shd w:val="clear" w:color="auto" w:fill="D9EAF7"/>
          </w:tcPr>
          <w:p w14:paraId="63D34536"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Authorised representative</w:t>
            </w:r>
          </w:p>
        </w:tc>
        <w:tc>
          <w:tcPr>
            <w:tcW w:w="5074" w:type="dxa"/>
          </w:tcPr>
          <w:p w14:paraId="3B131676"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6BB702BD" w14:textId="77777777" w:rsidTr="00D75122">
        <w:tc>
          <w:tcPr>
            <w:tcW w:w="3654" w:type="dxa"/>
            <w:shd w:val="clear" w:color="auto" w:fill="D9EAF7"/>
          </w:tcPr>
          <w:p w14:paraId="624D4C8B"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Signature</w:t>
            </w:r>
          </w:p>
        </w:tc>
        <w:tc>
          <w:tcPr>
            <w:tcW w:w="5074" w:type="dxa"/>
          </w:tcPr>
          <w:p w14:paraId="4A7E5606"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r w:rsidR="00660C48" w:rsidRPr="00D75122" w14:paraId="511DB658" w14:textId="77777777" w:rsidTr="00D75122">
        <w:tc>
          <w:tcPr>
            <w:tcW w:w="3654" w:type="dxa"/>
            <w:shd w:val="clear" w:color="auto" w:fill="D9EAF7"/>
          </w:tcPr>
          <w:p w14:paraId="66F0EF57"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Date</w:t>
            </w:r>
          </w:p>
        </w:tc>
        <w:tc>
          <w:tcPr>
            <w:tcW w:w="5074" w:type="dxa"/>
          </w:tcPr>
          <w:p w14:paraId="441ABEFD" w14:textId="77777777" w:rsidR="00660C48" w:rsidRPr="00D75122" w:rsidRDefault="00116D75" w:rsidP="00D75122">
            <w:pPr>
              <w:spacing w:after="0" w:line="360" w:lineRule="auto"/>
              <w:jc w:val="both"/>
              <w:rPr>
                <w:rFonts w:ascii="Aptos" w:hAnsi="Aptos"/>
                <w:sz w:val="24"/>
                <w:szCs w:val="24"/>
              </w:rPr>
            </w:pPr>
            <w:r w:rsidRPr="00D75122">
              <w:rPr>
                <w:rFonts w:ascii="Aptos" w:hAnsi="Aptos"/>
                <w:sz w:val="24"/>
                <w:szCs w:val="24"/>
              </w:rPr>
              <w:t>____________________________________________</w:t>
            </w:r>
          </w:p>
        </w:tc>
      </w:tr>
    </w:tbl>
    <w:p w14:paraId="1AF56193" w14:textId="77777777" w:rsidR="00116D75" w:rsidRPr="00D75122" w:rsidRDefault="00116D75" w:rsidP="00D75122">
      <w:pPr>
        <w:spacing w:after="0" w:line="360" w:lineRule="auto"/>
        <w:jc w:val="both"/>
        <w:rPr>
          <w:rFonts w:ascii="Aptos" w:hAnsi="Aptos"/>
          <w:sz w:val="24"/>
          <w:szCs w:val="24"/>
        </w:rPr>
      </w:pPr>
    </w:p>
    <w:sectPr w:rsidR="00116D75" w:rsidRPr="00D75122" w:rsidSect="00034616">
      <w:footerReference w:type="default" r:id="rId8"/>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C1C1" w14:textId="77777777" w:rsidR="00116D75" w:rsidRDefault="00116D75">
      <w:pPr>
        <w:spacing w:after="0" w:line="240" w:lineRule="auto"/>
      </w:pPr>
      <w:r>
        <w:separator/>
      </w:r>
    </w:p>
  </w:endnote>
  <w:endnote w:type="continuationSeparator" w:id="0">
    <w:p w14:paraId="75B65E40" w14:textId="77777777" w:rsidR="00116D75" w:rsidRDefault="0011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6E10" w14:textId="71EF0195" w:rsidR="00660C48" w:rsidRDefault="00116D75">
    <w:pPr>
      <w:pStyle w:val="Footer"/>
      <w:jc w:val="center"/>
    </w:pPr>
    <w:r>
      <w:fldChar w:fldCharType="begin"/>
    </w:r>
    <w:r>
      <w:instrText xml:space="preserve"> PAGE </w:instrText>
    </w:r>
    <w:r w:rsidR="00D75122">
      <w:fldChar w:fldCharType="separate"/>
    </w:r>
    <w:r w:rsidR="00D7512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89CB3" w14:textId="77777777" w:rsidR="00116D75" w:rsidRDefault="00116D75">
      <w:pPr>
        <w:spacing w:after="0" w:line="240" w:lineRule="auto"/>
      </w:pPr>
      <w:r>
        <w:separator/>
      </w:r>
    </w:p>
  </w:footnote>
  <w:footnote w:type="continuationSeparator" w:id="0">
    <w:p w14:paraId="2150C702" w14:textId="77777777" w:rsidR="00116D75" w:rsidRDefault="00116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6491674">
    <w:abstractNumId w:val="8"/>
  </w:num>
  <w:num w:numId="2" w16cid:durableId="884413248">
    <w:abstractNumId w:val="6"/>
  </w:num>
  <w:num w:numId="3" w16cid:durableId="90858740">
    <w:abstractNumId w:val="5"/>
  </w:num>
  <w:num w:numId="4" w16cid:durableId="1345476131">
    <w:abstractNumId w:val="4"/>
  </w:num>
  <w:num w:numId="5" w16cid:durableId="1308240748">
    <w:abstractNumId w:val="7"/>
  </w:num>
  <w:num w:numId="6" w16cid:durableId="680813628">
    <w:abstractNumId w:val="3"/>
  </w:num>
  <w:num w:numId="7" w16cid:durableId="1913930458">
    <w:abstractNumId w:val="2"/>
  </w:num>
  <w:num w:numId="8" w16cid:durableId="2023774045">
    <w:abstractNumId w:val="1"/>
  </w:num>
  <w:num w:numId="9" w16cid:durableId="175185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D75"/>
    <w:rsid w:val="0015074B"/>
    <w:rsid w:val="0029639D"/>
    <w:rsid w:val="00326F90"/>
    <w:rsid w:val="003E1E7B"/>
    <w:rsid w:val="004220A0"/>
    <w:rsid w:val="00660C48"/>
    <w:rsid w:val="00AA1D8D"/>
    <w:rsid w:val="00B47730"/>
    <w:rsid w:val="00CB0664"/>
    <w:rsid w:val="00D751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67B1960-003F-4CE2-8AA1-3DACBCAF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817</Words>
  <Characters>5636</Characters>
  <Application>Microsoft Office Word</Application>
  <DocSecurity>0</DocSecurity>
  <Lines>104</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Madelein Pepperell</cp:lastModifiedBy>
  <cp:revision>2</cp:revision>
  <dcterms:created xsi:type="dcterms:W3CDTF">2026-08-12T17:41:00Z</dcterms:created>
  <dcterms:modified xsi:type="dcterms:W3CDTF">2026-08-12T17:41:00Z</dcterms:modified>
  <cp:category/>
</cp:coreProperties>
</file>