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65D7" w14:textId="77777777" w:rsidR="00D36E4F" w:rsidRPr="00234138" w:rsidRDefault="00EB5789">
      <w:pPr>
        <w:pStyle w:val="Title"/>
        <w:jc w:val="center"/>
        <w:rPr>
          <w:rFonts w:ascii="Arial" w:hAnsi="Arial" w:cs="Arial"/>
          <w:b w:val="0"/>
          <w:bCs/>
          <w:color w:val="auto"/>
          <w:sz w:val="22"/>
          <w:szCs w:val="22"/>
        </w:rPr>
      </w:pPr>
      <w:r w:rsidRPr="00EB5789">
        <w:rPr>
          <w:rFonts w:ascii="Arial" w:hAnsi="Arial" w:cs="Arial"/>
          <w:b w:val="0"/>
          <w:bCs/>
          <w:color w:val="006699"/>
          <w:sz w:val="36"/>
          <w:szCs w:val="36"/>
        </w:rPr>
        <w:t xml:space="preserve">ESKOM </w:t>
      </w:r>
      <w:r w:rsidR="0011488E" w:rsidRPr="00EB5789">
        <w:rPr>
          <w:rFonts w:ascii="Arial" w:hAnsi="Arial" w:cs="Arial"/>
          <w:color w:val="006699"/>
          <w:sz w:val="36"/>
          <w:szCs w:val="36"/>
        </w:rPr>
        <w:t xml:space="preserve">SELF-DECLARATION </w:t>
      </w:r>
      <w:r w:rsidRPr="00EB5789">
        <w:rPr>
          <w:rFonts w:ascii="Arial" w:hAnsi="Arial" w:cs="Arial"/>
          <w:b w:val="0"/>
          <w:bCs/>
          <w:color w:val="006699"/>
          <w:sz w:val="36"/>
          <w:szCs w:val="36"/>
        </w:rPr>
        <w:t>FORM</w:t>
      </w:r>
    </w:p>
    <w:p w14:paraId="229A2E45" w14:textId="77777777" w:rsidR="00D36E4F" w:rsidRPr="00234138" w:rsidRDefault="00B90256">
      <w:pPr>
        <w:jc w:val="center"/>
        <w:rPr>
          <w:b w:val="0"/>
          <w:bCs/>
          <w:color w:val="auto"/>
          <w:sz w:val="22"/>
        </w:rPr>
      </w:pPr>
      <w:r w:rsidRPr="00B90256">
        <w:rPr>
          <w:color w:val="666666"/>
          <w:sz w:val="20"/>
          <w:szCs w:val="20"/>
        </w:rPr>
        <w:t>Supplier / Service Provider Company Profile and Technical Capability Declaration</w:t>
      </w:r>
    </w:p>
    <w:tbl>
      <w:tblPr>
        <w:tblW w:w="5000" w:type="pct"/>
        <w:tblBorders>
          <w:top w:val="outset" w:sz="6" w:space="0" w:color="006699"/>
          <w:left w:val="outset" w:sz="6" w:space="0" w:color="006699"/>
          <w:bottom w:val="outset" w:sz="6" w:space="0" w:color="006699"/>
          <w:right w:val="outset" w:sz="6" w:space="0" w:color="0066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6901"/>
      </w:tblGrid>
      <w:tr w:rsidR="00B90256" w:rsidRPr="002235BF" w14:paraId="4A0ECAA2" w14:textId="77777777" w:rsidTr="00E73DB8">
        <w:trPr>
          <w:trHeight w:val="599"/>
        </w:trPr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AA2AE9" w14:textId="77777777" w:rsidR="00B90256" w:rsidRPr="002235BF" w:rsidRDefault="00B90256">
            <w:pPr>
              <w:jc w:val="center"/>
              <w:rPr>
                <w:color w:val="auto"/>
                <w:kern w:val="2"/>
                <w:sz w:val="20"/>
                <w:szCs w:val="20"/>
                <w14:ligatures w14:val="standardContextual"/>
              </w:rPr>
            </w:pPr>
            <w:r w:rsidRPr="002235BF">
              <w:rPr>
                <w:color w:val="auto"/>
                <w:sz w:val="20"/>
                <w:szCs w:val="20"/>
              </w:rPr>
              <w:t>Document Control</w:t>
            </w:r>
          </w:p>
        </w:tc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3D0C55" w14:textId="77777777" w:rsidR="00B90256" w:rsidRPr="002235BF" w:rsidRDefault="00B90256">
            <w:pPr>
              <w:jc w:val="center"/>
              <w:rPr>
                <w:color w:val="auto"/>
                <w:sz w:val="20"/>
                <w:szCs w:val="20"/>
              </w:rPr>
            </w:pPr>
            <w:r w:rsidRPr="002235BF">
              <w:rPr>
                <w:color w:val="auto"/>
                <w:sz w:val="20"/>
                <w:szCs w:val="20"/>
              </w:rPr>
              <w:t>Details</w:t>
            </w:r>
          </w:p>
        </w:tc>
      </w:tr>
      <w:tr w:rsidR="00B90256" w14:paraId="3F441CB7" w14:textId="77777777"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48073B5" w14:textId="77777777" w:rsidR="00B90256" w:rsidRDefault="00B902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Document Title</w:t>
            </w:r>
          </w:p>
        </w:tc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E3ABD7" w14:textId="77777777" w:rsidR="00B90256" w:rsidRDefault="00B902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Self-Declaration Form</w:t>
            </w:r>
          </w:p>
        </w:tc>
      </w:tr>
      <w:tr w:rsidR="00B90256" w14:paraId="0DB8A995" w14:textId="77777777"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0E6881" w14:textId="77777777" w:rsidR="00B90256" w:rsidRDefault="00B902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Business Area</w:t>
            </w:r>
          </w:p>
        </w:tc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CBF667" w14:textId="77777777" w:rsidR="00B90256" w:rsidRDefault="00B902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Group Information Technology</w:t>
            </w:r>
          </w:p>
        </w:tc>
      </w:tr>
      <w:tr w:rsidR="00B90256" w14:paraId="3717C62D" w14:textId="77777777"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4E7CA5" w14:textId="77777777" w:rsidR="00B90256" w:rsidRDefault="00B902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Purpose</w:t>
            </w:r>
          </w:p>
        </w:tc>
        <w:tc>
          <w:tcPr>
            <w:tcW w:w="0" w:type="auto"/>
            <w:tcBorders>
              <w:top w:val="single" w:sz="8" w:space="0" w:color="006699"/>
              <w:left w:val="single" w:sz="8" w:space="0" w:color="006699"/>
              <w:bottom w:val="single" w:sz="8" w:space="0" w:color="006699"/>
              <w:right w:val="single" w:sz="8" w:space="0" w:color="006699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106C4E" w14:textId="77777777" w:rsidR="00B90256" w:rsidRDefault="00B9025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Supplier declaration, company profile and capability submission for Eskom requirements</w:t>
            </w:r>
          </w:p>
        </w:tc>
      </w:tr>
    </w:tbl>
    <w:p w14:paraId="6778FDF8" w14:textId="77777777" w:rsidR="00D36E4F" w:rsidRPr="00234138" w:rsidRDefault="0011488E">
      <w:pPr>
        <w:spacing w:before="240" w:after="120"/>
        <w:rPr>
          <w:b w:val="0"/>
          <w:bCs/>
          <w:color w:val="auto"/>
          <w:sz w:val="22"/>
        </w:rPr>
      </w:pPr>
      <w:r w:rsidRPr="002235BF">
        <w:t>COMPANY PROFILE</w:t>
      </w:r>
    </w:p>
    <w:p w14:paraId="6BAF83F0" w14:textId="4D53B0C3" w:rsidR="00346263" w:rsidRPr="00234138" w:rsidRDefault="00F311F9" w:rsidP="002235BF">
      <w:pPr>
        <w:pStyle w:val="ListParagraph"/>
        <w:numPr>
          <w:ilvl w:val="0"/>
          <w:numId w:val="12"/>
        </w:numPr>
        <w:spacing w:before="120" w:after="120"/>
        <w:ind w:left="425" w:hanging="425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>COMPANY INFORMATION</w:t>
      </w:r>
    </w:p>
    <w:tbl>
      <w:tblPr>
        <w:tblStyle w:val="TableGrid"/>
        <w:tblW w:w="8925" w:type="dxa"/>
        <w:tblInd w:w="426" w:type="dxa"/>
        <w:tblLook w:val="04A0" w:firstRow="1" w:lastRow="0" w:firstColumn="1" w:lastColumn="0" w:noHBand="0" w:noVBand="1"/>
      </w:tblPr>
      <w:tblGrid>
        <w:gridCol w:w="4167"/>
        <w:gridCol w:w="4758"/>
      </w:tblGrid>
      <w:tr w:rsidR="007F4477" w:rsidRPr="00234138" w14:paraId="637E35D0" w14:textId="77777777" w:rsidTr="002235BF">
        <w:tc>
          <w:tcPr>
            <w:tcW w:w="4167" w:type="dxa"/>
            <w:vAlign w:val="center"/>
          </w:tcPr>
          <w:p w14:paraId="184CFA06" w14:textId="7CBA3ED5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Registered Company Name</w:t>
            </w:r>
          </w:p>
        </w:tc>
        <w:tc>
          <w:tcPr>
            <w:tcW w:w="4758" w:type="dxa"/>
            <w:vAlign w:val="center"/>
          </w:tcPr>
          <w:p w14:paraId="5C20703A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7F701C6F" w14:textId="77777777" w:rsidTr="002235BF">
        <w:tc>
          <w:tcPr>
            <w:tcW w:w="4167" w:type="dxa"/>
            <w:vAlign w:val="center"/>
          </w:tcPr>
          <w:p w14:paraId="7BE3571B" w14:textId="576E65F9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Trading Name (if applicable):</w:t>
            </w:r>
          </w:p>
        </w:tc>
        <w:tc>
          <w:tcPr>
            <w:tcW w:w="4758" w:type="dxa"/>
            <w:vAlign w:val="center"/>
          </w:tcPr>
          <w:p w14:paraId="5B91B240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0BDA5EB4" w14:textId="77777777" w:rsidTr="002235BF">
        <w:tc>
          <w:tcPr>
            <w:tcW w:w="4167" w:type="dxa"/>
            <w:vAlign w:val="center"/>
          </w:tcPr>
          <w:p w14:paraId="0AFFD0B4" w14:textId="509DB65C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Registration Number:</w:t>
            </w:r>
          </w:p>
        </w:tc>
        <w:tc>
          <w:tcPr>
            <w:tcW w:w="4758" w:type="dxa"/>
            <w:vAlign w:val="center"/>
          </w:tcPr>
          <w:p w14:paraId="12F63EF8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4230E046" w14:textId="77777777" w:rsidTr="002235BF">
        <w:tc>
          <w:tcPr>
            <w:tcW w:w="4167" w:type="dxa"/>
            <w:vAlign w:val="center"/>
          </w:tcPr>
          <w:p w14:paraId="536FD21E" w14:textId="4D69D98A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VAT Registration Number:</w:t>
            </w:r>
          </w:p>
        </w:tc>
        <w:tc>
          <w:tcPr>
            <w:tcW w:w="4758" w:type="dxa"/>
            <w:vAlign w:val="center"/>
          </w:tcPr>
          <w:p w14:paraId="03DCA19E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17A29777" w14:textId="77777777" w:rsidTr="002235BF">
        <w:tc>
          <w:tcPr>
            <w:tcW w:w="4167" w:type="dxa"/>
            <w:vAlign w:val="center"/>
          </w:tcPr>
          <w:p w14:paraId="6818A7E8" w14:textId="70CB4F1C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CSD Number:</w:t>
            </w:r>
          </w:p>
        </w:tc>
        <w:tc>
          <w:tcPr>
            <w:tcW w:w="4758" w:type="dxa"/>
            <w:vAlign w:val="center"/>
          </w:tcPr>
          <w:p w14:paraId="14EE5E41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7ED6B80F" w14:textId="77777777" w:rsidTr="002235BF">
        <w:tc>
          <w:tcPr>
            <w:tcW w:w="4167" w:type="dxa"/>
            <w:vAlign w:val="center"/>
          </w:tcPr>
          <w:p w14:paraId="53997E61" w14:textId="42A6C60E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Income Tax Number:</w:t>
            </w:r>
          </w:p>
        </w:tc>
        <w:tc>
          <w:tcPr>
            <w:tcW w:w="4758" w:type="dxa"/>
            <w:vAlign w:val="center"/>
          </w:tcPr>
          <w:p w14:paraId="42923A63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0AB33F23" w14:textId="77777777" w:rsidTr="002235BF">
        <w:tc>
          <w:tcPr>
            <w:tcW w:w="4167" w:type="dxa"/>
            <w:vAlign w:val="center"/>
          </w:tcPr>
          <w:p w14:paraId="46CA450E" w14:textId="1308DBAF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Year of Establishment:</w:t>
            </w:r>
          </w:p>
        </w:tc>
        <w:tc>
          <w:tcPr>
            <w:tcW w:w="4758" w:type="dxa"/>
            <w:vAlign w:val="center"/>
          </w:tcPr>
          <w:p w14:paraId="58C7F949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7D1159A2" w14:textId="77777777" w:rsidTr="002235BF">
        <w:tc>
          <w:tcPr>
            <w:tcW w:w="4167" w:type="dxa"/>
            <w:vAlign w:val="center"/>
          </w:tcPr>
          <w:p w14:paraId="6BF9DD00" w14:textId="55E07ED2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Contact Details</w:t>
            </w:r>
          </w:p>
        </w:tc>
        <w:tc>
          <w:tcPr>
            <w:tcW w:w="4758" w:type="dxa"/>
            <w:vAlign w:val="center"/>
          </w:tcPr>
          <w:p w14:paraId="6BA03B57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19617E23" w14:textId="77777777" w:rsidTr="002235BF">
        <w:tc>
          <w:tcPr>
            <w:tcW w:w="4167" w:type="dxa"/>
            <w:vAlign w:val="center"/>
          </w:tcPr>
          <w:p w14:paraId="5CAC3603" w14:textId="206E2B9D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Physical Address:</w:t>
            </w:r>
          </w:p>
        </w:tc>
        <w:tc>
          <w:tcPr>
            <w:tcW w:w="4758" w:type="dxa"/>
            <w:vAlign w:val="center"/>
          </w:tcPr>
          <w:p w14:paraId="55A0EAEE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36F01058" w14:textId="77777777" w:rsidTr="002235BF">
        <w:tc>
          <w:tcPr>
            <w:tcW w:w="4167" w:type="dxa"/>
            <w:vAlign w:val="center"/>
          </w:tcPr>
          <w:p w14:paraId="7A8E9AB0" w14:textId="3D8BDA09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Postal Address:</w:t>
            </w:r>
          </w:p>
        </w:tc>
        <w:tc>
          <w:tcPr>
            <w:tcW w:w="4758" w:type="dxa"/>
            <w:vAlign w:val="center"/>
          </w:tcPr>
          <w:p w14:paraId="4BD14926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0C490C3E" w14:textId="77777777" w:rsidTr="002235BF">
        <w:tc>
          <w:tcPr>
            <w:tcW w:w="4167" w:type="dxa"/>
            <w:vAlign w:val="center"/>
          </w:tcPr>
          <w:p w14:paraId="76A59253" w14:textId="3938675B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Telephone Number:</w:t>
            </w:r>
          </w:p>
        </w:tc>
        <w:tc>
          <w:tcPr>
            <w:tcW w:w="4758" w:type="dxa"/>
            <w:vAlign w:val="center"/>
          </w:tcPr>
          <w:p w14:paraId="48EB7735" w14:textId="77777777" w:rsidR="007F4477" w:rsidRPr="00234138" w:rsidRDefault="007F4477" w:rsidP="00012A60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51CC9C10" w14:textId="77777777" w:rsidTr="002235BF">
        <w:trPr>
          <w:trHeight w:val="249"/>
        </w:trPr>
        <w:tc>
          <w:tcPr>
            <w:tcW w:w="4167" w:type="dxa"/>
            <w:vAlign w:val="center"/>
          </w:tcPr>
          <w:p w14:paraId="4E022702" w14:textId="43E1F0F7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Email Address:</w:t>
            </w:r>
          </w:p>
        </w:tc>
        <w:tc>
          <w:tcPr>
            <w:tcW w:w="4758" w:type="dxa"/>
            <w:vAlign w:val="center"/>
          </w:tcPr>
          <w:p w14:paraId="439F4FFE" w14:textId="77777777" w:rsidR="007F4477" w:rsidRPr="00234138" w:rsidRDefault="007F4477" w:rsidP="007F4477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7F4477" w:rsidRPr="00234138" w14:paraId="1A3F3816" w14:textId="77777777" w:rsidTr="002235BF">
        <w:tc>
          <w:tcPr>
            <w:tcW w:w="4167" w:type="dxa"/>
            <w:vAlign w:val="center"/>
          </w:tcPr>
          <w:p w14:paraId="4C2EB56C" w14:textId="4DE60494" w:rsidR="007F4477" w:rsidRPr="00234138" w:rsidRDefault="007F4477" w:rsidP="007F447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Website (if applicable):</w:t>
            </w:r>
          </w:p>
        </w:tc>
        <w:tc>
          <w:tcPr>
            <w:tcW w:w="4758" w:type="dxa"/>
            <w:vAlign w:val="center"/>
          </w:tcPr>
          <w:p w14:paraId="36F2C368" w14:textId="77777777" w:rsidR="007F4477" w:rsidRPr="00234138" w:rsidRDefault="007F4477" w:rsidP="007F4477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</w:tbl>
    <w:p w14:paraId="117F2EB5" w14:textId="3282287C" w:rsidR="00346263" w:rsidRPr="00234138" w:rsidRDefault="00F311F9" w:rsidP="002235BF">
      <w:pPr>
        <w:pStyle w:val="ListParagraph"/>
        <w:numPr>
          <w:ilvl w:val="0"/>
          <w:numId w:val="12"/>
        </w:numPr>
        <w:spacing w:before="120" w:after="120"/>
        <w:ind w:left="425" w:hanging="425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>COMPANY OVERVIEW</w:t>
      </w:r>
    </w:p>
    <w:p w14:paraId="554612E4" w14:textId="2DECB4B4" w:rsidR="00346263" w:rsidRPr="00234138" w:rsidRDefault="000321EF" w:rsidP="00F311F9">
      <w:pPr>
        <w:spacing w:before="60" w:after="60"/>
        <w:ind w:left="425"/>
        <w:rPr>
          <w:b w:val="0"/>
          <w:bCs/>
          <w:color w:val="auto"/>
          <w:sz w:val="22"/>
        </w:rPr>
      </w:pPr>
      <w:r w:rsidRPr="00234138">
        <w:rPr>
          <w:b w:val="0"/>
          <w:bCs/>
          <w:color w:val="auto"/>
          <w:sz w:val="22"/>
        </w:rPr>
        <w:t xml:space="preserve">Certified Engineers for products included as part of this submission </w:t>
      </w:r>
    </w:p>
    <w:tbl>
      <w:tblPr>
        <w:tblStyle w:val="TableGrid"/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139"/>
        <w:gridCol w:w="1701"/>
        <w:gridCol w:w="3119"/>
      </w:tblGrid>
      <w:tr w:rsidR="00A16AB0" w:rsidRPr="00234138" w14:paraId="621301BB" w14:textId="2B69D617" w:rsidTr="002235BF">
        <w:trPr>
          <w:trHeight w:val="560"/>
        </w:trPr>
        <w:tc>
          <w:tcPr>
            <w:tcW w:w="4139" w:type="dxa"/>
            <w:vAlign w:val="center"/>
          </w:tcPr>
          <w:p w14:paraId="7AC894B0" w14:textId="77777777" w:rsidR="00A16AB0" w:rsidRPr="00234138" w:rsidRDefault="00A16AB0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Services Offered</w:t>
            </w:r>
          </w:p>
        </w:tc>
        <w:tc>
          <w:tcPr>
            <w:tcW w:w="1701" w:type="dxa"/>
            <w:vAlign w:val="center"/>
          </w:tcPr>
          <w:p w14:paraId="366F2CB6" w14:textId="202F60FC" w:rsidR="00A16AB0" w:rsidRPr="00234138" w:rsidRDefault="00A16AB0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Name of certifications</w:t>
            </w:r>
          </w:p>
        </w:tc>
        <w:tc>
          <w:tcPr>
            <w:tcW w:w="3119" w:type="dxa"/>
          </w:tcPr>
          <w:p w14:paraId="164709D3" w14:textId="5CB5F9B1" w:rsidR="00A16AB0" w:rsidRPr="00234138" w:rsidRDefault="00A16AB0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Number of certified Engineers</w:t>
            </w:r>
          </w:p>
        </w:tc>
      </w:tr>
      <w:tr w:rsidR="00A16AB0" w:rsidRPr="00234138" w14:paraId="43674192" w14:textId="3E50927C" w:rsidTr="002235BF">
        <w:trPr>
          <w:trHeight w:val="572"/>
        </w:trPr>
        <w:tc>
          <w:tcPr>
            <w:tcW w:w="4139" w:type="dxa"/>
            <w:vAlign w:val="center"/>
          </w:tcPr>
          <w:p w14:paraId="0E3644F1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Infrastructure Management (On-premise &amp; Cloud)</w:t>
            </w:r>
          </w:p>
        </w:tc>
        <w:tc>
          <w:tcPr>
            <w:tcW w:w="1701" w:type="dxa"/>
            <w:vAlign w:val="center"/>
          </w:tcPr>
          <w:p w14:paraId="32FD886B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119" w:type="dxa"/>
          </w:tcPr>
          <w:p w14:paraId="341066AE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4FD3C423" w14:textId="743FED8F" w:rsidTr="002235BF">
        <w:trPr>
          <w:trHeight w:val="275"/>
        </w:trPr>
        <w:tc>
          <w:tcPr>
            <w:tcW w:w="4139" w:type="dxa"/>
            <w:vAlign w:val="center"/>
          </w:tcPr>
          <w:p w14:paraId="6B4B4991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Backup &amp; Disaster Recovery Services</w:t>
            </w:r>
          </w:p>
        </w:tc>
        <w:tc>
          <w:tcPr>
            <w:tcW w:w="1701" w:type="dxa"/>
            <w:vAlign w:val="center"/>
          </w:tcPr>
          <w:p w14:paraId="6333A87E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119" w:type="dxa"/>
          </w:tcPr>
          <w:p w14:paraId="53898AAC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28711075" w14:textId="5E99CEE9" w:rsidTr="002235BF">
        <w:trPr>
          <w:trHeight w:val="285"/>
        </w:trPr>
        <w:tc>
          <w:tcPr>
            <w:tcW w:w="4139" w:type="dxa"/>
            <w:vAlign w:val="center"/>
          </w:tcPr>
          <w:p w14:paraId="0A184ECE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Cybersecurity Solutions</w:t>
            </w:r>
          </w:p>
        </w:tc>
        <w:tc>
          <w:tcPr>
            <w:tcW w:w="1701" w:type="dxa"/>
            <w:vAlign w:val="center"/>
          </w:tcPr>
          <w:p w14:paraId="039FE717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119" w:type="dxa"/>
          </w:tcPr>
          <w:p w14:paraId="4DA3A619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7E648ABE" w14:textId="1A27E4AD" w:rsidTr="002235BF">
        <w:trPr>
          <w:trHeight w:val="275"/>
        </w:trPr>
        <w:tc>
          <w:tcPr>
            <w:tcW w:w="4139" w:type="dxa"/>
            <w:vAlign w:val="center"/>
          </w:tcPr>
          <w:p w14:paraId="14912DB3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IT Service Management (ITIL aligned)</w:t>
            </w:r>
          </w:p>
        </w:tc>
        <w:tc>
          <w:tcPr>
            <w:tcW w:w="1701" w:type="dxa"/>
            <w:vAlign w:val="center"/>
          </w:tcPr>
          <w:p w14:paraId="409A66BF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119" w:type="dxa"/>
          </w:tcPr>
          <w:p w14:paraId="077C814A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5CDFDF27" w14:textId="4E78AF73" w:rsidTr="002235BF">
        <w:trPr>
          <w:trHeight w:val="285"/>
        </w:trPr>
        <w:tc>
          <w:tcPr>
            <w:tcW w:w="4139" w:type="dxa"/>
            <w:vAlign w:val="center"/>
          </w:tcPr>
          <w:p w14:paraId="722BA7A9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Data Centre Solutions</w:t>
            </w:r>
          </w:p>
        </w:tc>
        <w:tc>
          <w:tcPr>
            <w:tcW w:w="1701" w:type="dxa"/>
            <w:vAlign w:val="center"/>
          </w:tcPr>
          <w:p w14:paraId="1F9CC936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119" w:type="dxa"/>
          </w:tcPr>
          <w:p w14:paraId="06EFB821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030FF377" w14:textId="35778C4D" w:rsidTr="002235BF">
        <w:trPr>
          <w:trHeight w:val="285"/>
        </w:trPr>
        <w:tc>
          <w:tcPr>
            <w:tcW w:w="4139" w:type="dxa"/>
            <w:vAlign w:val="center"/>
          </w:tcPr>
          <w:p w14:paraId="1380C066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Network &amp; System Support</w:t>
            </w:r>
          </w:p>
        </w:tc>
        <w:tc>
          <w:tcPr>
            <w:tcW w:w="1701" w:type="dxa"/>
            <w:vAlign w:val="center"/>
          </w:tcPr>
          <w:p w14:paraId="3BD204D3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119" w:type="dxa"/>
          </w:tcPr>
          <w:p w14:paraId="464E364C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</w:tbl>
    <w:p w14:paraId="4BA49D63" w14:textId="77777777" w:rsidR="002235BF" w:rsidRDefault="002235BF" w:rsidP="002235BF">
      <w:pPr>
        <w:pStyle w:val="ListParagraph"/>
        <w:spacing w:before="120" w:after="120"/>
        <w:ind w:left="426"/>
        <w:contextualSpacing w:val="0"/>
        <w:rPr>
          <w:color w:val="auto"/>
          <w:sz w:val="22"/>
        </w:rPr>
      </w:pPr>
    </w:p>
    <w:p w14:paraId="1EAF142D" w14:textId="0209C3AE" w:rsidR="00420C8A" w:rsidRPr="00234138" w:rsidRDefault="00A16AB0" w:rsidP="00234138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lastRenderedPageBreak/>
        <w:t xml:space="preserve">EXPERIENCE </w:t>
      </w:r>
    </w:p>
    <w:tbl>
      <w:tblPr>
        <w:tblStyle w:val="TableGrid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44"/>
        <w:gridCol w:w="709"/>
        <w:gridCol w:w="3577"/>
      </w:tblGrid>
      <w:tr w:rsidR="00ED755B" w:rsidRPr="00234138" w14:paraId="71B95C14" w14:textId="77777777" w:rsidTr="00F311F9">
        <w:tc>
          <w:tcPr>
            <w:tcW w:w="4644" w:type="dxa"/>
            <w:vAlign w:val="center"/>
          </w:tcPr>
          <w:p w14:paraId="2E54FAE1" w14:textId="6F85D48E" w:rsidR="00ED755B" w:rsidRPr="00234138" w:rsidRDefault="00F311F9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Services Offered</w:t>
            </w:r>
          </w:p>
        </w:tc>
        <w:tc>
          <w:tcPr>
            <w:tcW w:w="709" w:type="dxa"/>
            <w:vAlign w:val="center"/>
          </w:tcPr>
          <w:p w14:paraId="0D294C47" w14:textId="0A52A154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045FFEA9" w14:textId="1F03DA53" w:rsidR="00ED755B" w:rsidRPr="00234138" w:rsidRDefault="00420C8A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Number of years of experience in providing services</w:t>
            </w:r>
          </w:p>
        </w:tc>
      </w:tr>
      <w:tr w:rsidR="00ED755B" w:rsidRPr="00234138" w14:paraId="29BDDB6D" w14:textId="77777777" w:rsidTr="00F311F9">
        <w:tc>
          <w:tcPr>
            <w:tcW w:w="4644" w:type="dxa"/>
            <w:vAlign w:val="center"/>
          </w:tcPr>
          <w:p w14:paraId="6F0E5E6E" w14:textId="1A9E232B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Infrastructure Management (On-premise &amp; Cloud)</w:t>
            </w:r>
          </w:p>
        </w:tc>
        <w:tc>
          <w:tcPr>
            <w:tcW w:w="709" w:type="dxa"/>
            <w:vAlign w:val="center"/>
          </w:tcPr>
          <w:p w14:paraId="154982D9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402D6D10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ED755B" w:rsidRPr="00234138" w14:paraId="1C22406F" w14:textId="77777777" w:rsidTr="00F311F9">
        <w:tc>
          <w:tcPr>
            <w:tcW w:w="4644" w:type="dxa"/>
            <w:vAlign w:val="center"/>
          </w:tcPr>
          <w:p w14:paraId="7397AB8D" w14:textId="465772AF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Backup &amp; Disaster Recovery Services</w:t>
            </w:r>
          </w:p>
        </w:tc>
        <w:tc>
          <w:tcPr>
            <w:tcW w:w="709" w:type="dxa"/>
            <w:vAlign w:val="center"/>
          </w:tcPr>
          <w:p w14:paraId="1C9D40F4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57D18683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ED755B" w:rsidRPr="00234138" w14:paraId="7E85A9DB" w14:textId="77777777" w:rsidTr="00F311F9">
        <w:tc>
          <w:tcPr>
            <w:tcW w:w="4644" w:type="dxa"/>
            <w:vAlign w:val="center"/>
          </w:tcPr>
          <w:p w14:paraId="690EAAED" w14:textId="3F6977E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Cybersecurity Solutions</w:t>
            </w:r>
          </w:p>
        </w:tc>
        <w:tc>
          <w:tcPr>
            <w:tcW w:w="709" w:type="dxa"/>
            <w:vAlign w:val="center"/>
          </w:tcPr>
          <w:p w14:paraId="72C046AC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556428FF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ED755B" w:rsidRPr="00234138" w14:paraId="464EE1B0" w14:textId="77777777" w:rsidTr="00F311F9">
        <w:tc>
          <w:tcPr>
            <w:tcW w:w="4644" w:type="dxa"/>
            <w:vAlign w:val="center"/>
          </w:tcPr>
          <w:p w14:paraId="68D233FD" w14:textId="4E3E3DC5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IT Service Management (ITIL aligned)</w:t>
            </w:r>
          </w:p>
        </w:tc>
        <w:tc>
          <w:tcPr>
            <w:tcW w:w="709" w:type="dxa"/>
            <w:vAlign w:val="center"/>
          </w:tcPr>
          <w:p w14:paraId="63214D72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0FA4F4C5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ED755B" w:rsidRPr="00234138" w14:paraId="0B7A5A8F" w14:textId="77777777" w:rsidTr="00F311F9">
        <w:tc>
          <w:tcPr>
            <w:tcW w:w="4644" w:type="dxa"/>
            <w:vAlign w:val="center"/>
          </w:tcPr>
          <w:p w14:paraId="5B34F8A6" w14:textId="44D4A062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Data Centre Solutions</w:t>
            </w:r>
          </w:p>
        </w:tc>
        <w:tc>
          <w:tcPr>
            <w:tcW w:w="709" w:type="dxa"/>
            <w:vAlign w:val="center"/>
          </w:tcPr>
          <w:p w14:paraId="1A33DEBC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52F49163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ED755B" w:rsidRPr="00234138" w14:paraId="450F9D55" w14:textId="77777777" w:rsidTr="00F311F9">
        <w:tc>
          <w:tcPr>
            <w:tcW w:w="4644" w:type="dxa"/>
            <w:vAlign w:val="center"/>
          </w:tcPr>
          <w:p w14:paraId="1EC6B9AF" w14:textId="06B85265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Network &amp; System Support</w:t>
            </w:r>
          </w:p>
        </w:tc>
        <w:tc>
          <w:tcPr>
            <w:tcW w:w="709" w:type="dxa"/>
            <w:vAlign w:val="center"/>
          </w:tcPr>
          <w:p w14:paraId="48CE3F59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3577" w:type="dxa"/>
            <w:vAlign w:val="center"/>
          </w:tcPr>
          <w:p w14:paraId="2B610BD4" w14:textId="77777777" w:rsidR="00ED755B" w:rsidRPr="00234138" w:rsidRDefault="00ED755B" w:rsidP="00F311F9">
            <w:pPr>
              <w:rPr>
                <w:b w:val="0"/>
                <w:bCs/>
                <w:color w:val="auto"/>
                <w:sz w:val="22"/>
              </w:rPr>
            </w:pPr>
          </w:p>
        </w:tc>
      </w:tr>
    </w:tbl>
    <w:p w14:paraId="3A707B61" w14:textId="415E01D8" w:rsidR="00346263" w:rsidRPr="00234138" w:rsidRDefault="00F311F9" w:rsidP="00F311F9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>KEY CLIENTS / REFERENCES</w:t>
      </w:r>
    </w:p>
    <w:tbl>
      <w:tblPr>
        <w:tblStyle w:val="TableGrid"/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75"/>
        <w:gridCol w:w="1571"/>
        <w:gridCol w:w="1077"/>
        <w:gridCol w:w="1984"/>
        <w:gridCol w:w="1276"/>
        <w:gridCol w:w="1276"/>
      </w:tblGrid>
      <w:tr w:rsidR="00820082" w:rsidRPr="00234138" w14:paraId="1BF87AB1" w14:textId="14AD1F2F" w:rsidTr="00820082">
        <w:trPr>
          <w:trHeight w:val="977"/>
        </w:trPr>
        <w:tc>
          <w:tcPr>
            <w:tcW w:w="1775" w:type="dxa"/>
            <w:vAlign w:val="center"/>
          </w:tcPr>
          <w:p w14:paraId="6041C2B3" w14:textId="77777777" w:rsidR="00820082" w:rsidRPr="00234138" w:rsidRDefault="00820082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Services Offered</w:t>
            </w:r>
          </w:p>
        </w:tc>
        <w:tc>
          <w:tcPr>
            <w:tcW w:w="1571" w:type="dxa"/>
            <w:vAlign w:val="center"/>
          </w:tcPr>
          <w:p w14:paraId="55D73853" w14:textId="48E8F77F" w:rsidR="00820082" w:rsidRPr="00234138" w:rsidRDefault="00820082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 xml:space="preserve">Name of clients where </w:t>
            </w:r>
            <w:r>
              <w:rPr>
                <w:b w:val="0"/>
                <w:bCs/>
                <w:color w:val="auto"/>
                <w:sz w:val="22"/>
              </w:rPr>
              <w:t xml:space="preserve">BaaS </w:t>
            </w:r>
            <w:r w:rsidRPr="00234138">
              <w:rPr>
                <w:b w:val="0"/>
                <w:bCs/>
                <w:color w:val="auto"/>
                <w:sz w:val="22"/>
              </w:rPr>
              <w:t xml:space="preserve">service was rendered </w:t>
            </w:r>
          </w:p>
        </w:tc>
        <w:tc>
          <w:tcPr>
            <w:tcW w:w="1077" w:type="dxa"/>
            <w:vAlign w:val="center"/>
          </w:tcPr>
          <w:p w14:paraId="1375674E" w14:textId="15A176AD" w:rsidR="00820082" w:rsidRPr="00234138" w:rsidRDefault="00820082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Period of contract</w:t>
            </w:r>
          </w:p>
        </w:tc>
        <w:tc>
          <w:tcPr>
            <w:tcW w:w="1984" w:type="dxa"/>
            <w:vAlign w:val="center"/>
          </w:tcPr>
          <w:p w14:paraId="6E3D1E29" w14:textId="3B5801D1" w:rsidR="00820082" w:rsidRPr="00234138" w:rsidRDefault="00820082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Contact Person (Customer Representative)</w:t>
            </w:r>
          </w:p>
        </w:tc>
        <w:tc>
          <w:tcPr>
            <w:tcW w:w="1276" w:type="dxa"/>
            <w:vAlign w:val="center"/>
          </w:tcPr>
          <w:p w14:paraId="4AD52B47" w14:textId="3A4A8D09" w:rsidR="00820082" w:rsidRPr="00234138" w:rsidRDefault="00820082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Customer Represent Contact number</w:t>
            </w:r>
          </w:p>
        </w:tc>
        <w:tc>
          <w:tcPr>
            <w:tcW w:w="1276" w:type="dxa"/>
            <w:vAlign w:val="center"/>
          </w:tcPr>
          <w:p w14:paraId="5091FF14" w14:textId="5A04E2FC" w:rsidR="00820082" w:rsidRPr="00234138" w:rsidRDefault="00820082" w:rsidP="002235BF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 xml:space="preserve">Customer Represent Contact Email </w:t>
            </w:r>
            <w:r>
              <w:rPr>
                <w:b w:val="0"/>
                <w:bCs/>
                <w:color w:val="auto"/>
                <w:sz w:val="22"/>
              </w:rPr>
              <w:t>A</w:t>
            </w:r>
            <w:r w:rsidRPr="00234138">
              <w:rPr>
                <w:b w:val="0"/>
                <w:bCs/>
                <w:color w:val="auto"/>
                <w:sz w:val="22"/>
              </w:rPr>
              <w:t>ddress</w:t>
            </w:r>
          </w:p>
        </w:tc>
      </w:tr>
      <w:tr w:rsidR="00820082" w:rsidRPr="00234138" w14:paraId="3A780F2E" w14:textId="0BF3742A" w:rsidTr="00820082">
        <w:trPr>
          <w:trHeight w:val="730"/>
        </w:trPr>
        <w:tc>
          <w:tcPr>
            <w:tcW w:w="1775" w:type="dxa"/>
            <w:vAlign w:val="center"/>
          </w:tcPr>
          <w:p w14:paraId="472C57B4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Infrastructure Management (On-premise &amp; Cloud)</w:t>
            </w:r>
          </w:p>
        </w:tc>
        <w:tc>
          <w:tcPr>
            <w:tcW w:w="1571" w:type="dxa"/>
            <w:vAlign w:val="center"/>
          </w:tcPr>
          <w:p w14:paraId="7FEDA1FA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0B2D6D2F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077" w:type="dxa"/>
            <w:vAlign w:val="center"/>
          </w:tcPr>
          <w:p w14:paraId="5EA256DB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66C3E00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2566037B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5BC3731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820082" w:rsidRPr="00234138" w14:paraId="1D869A7A" w14:textId="709E14A9" w:rsidTr="00820082">
        <w:trPr>
          <w:trHeight w:val="484"/>
        </w:trPr>
        <w:tc>
          <w:tcPr>
            <w:tcW w:w="1775" w:type="dxa"/>
            <w:vAlign w:val="center"/>
          </w:tcPr>
          <w:p w14:paraId="040CDDBC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Backup &amp; Disaster Recovery Services</w:t>
            </w:r>
          </w:p>
        </w:tc>
        <w:tc>
          <w:tcPr>
            <w:tcW w:w="1571" w:type="dxa"/>
            <w:vAlign w:val="center"/>
          </w:tcPr>
          <w:p w14:paraId="730DF64E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7CA317E9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077" w:type="dxa"/>
            <w:vAlign w:val="center"/>
          </w:tcPr>
          <w:p w14:paraId="1302FFF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E29A8C4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F5324D6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B8B8AA2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820082" w:rsidRPr="00234138" w14:paraId="7F88F62F" w14:textId="335250C7" w:rsidTr="00820082">
        <w:trPr>
          <w:trHeight w:val="484"/>
        </w:trPr>
        <w:tc>
          <w:tcPr>
            <w:tcW w:w="1775" w:type="dxa"/>
            <w:vAlign w:val="center"/>
          </w:tcPr>
          <w:p w14:paraId="04E0AD04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Cybersecurity Solutions</w:t>
            </w:r>
          </w:p>
        </w:tc>
        <w:tc>
          <w:tcPr>
            <w:tcW w:w="1571" w:type="dxa"/>
            <w:vAlign w:val="center"/>
          </w:tcPr>
          <w:p w14:paraId="5A63945A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3A5A19B7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077" w:type="dxa"/>
            <w:vAlign w:val="center"/>
          </w:tcPr>
          <w:p w14:paraId="6594DA2F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960C916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341AC05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77F1B9BB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820082" w:rsidRPr="00234138" w14:paraId="1FD73A83" w14:textId="0F6F3A2A" w:rsidTr="00820082">
        <w:trPr>
          <w:trHeight w:val="730"/>
        </w:trPr>
        <w:tc>
          <w:tcPr>
            <w:tcW w:w="1775" w:type="dxa"/>
            <w:vAlign w:val="center"/>
          </w:tcPr>
          <w:p w14:paraId="70599E8F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IT Service Management (ITIL aligned)</w:t>
            </w:r>
          </w:p>
        </w:tc>
        <w:tc>
          <w:tcPr>
            <w:tcW w:w="1571" w:type="dxa"/>
            <w:vAlign w:val="center"/>
          </w:tcPr>
          <w:p w14:paraId="1EC0851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3924D833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077" w:type="dxa"/>
            <w:vAlign w:val="center"/>
          </w:tcPr>
          <w:p w14:paraId="36CA2A5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CB48D04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294FCF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9172138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820082" w:rsidRPr="00234138" w14:paraId="0A7967C6" w14:textId="47623184" w:rsidTr="00820082">
        <w:trPr>
          <w:trHeight w:val="484"/>
        </w:trPr>
        <w:tc>
          <w:tcPr>
            <w:tcW w:w="1775" w:type="dxa"/>
            <w:vAlign w:val="center"/>
          </w:tcPr>
          <w:p w14:paraId="33562076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Data Centre Solutions</w:t>
            </w:r>
          </w:p>
        </w:tc>
        <w:tc>
          <w:tcPr>
            <w:tcW w:w="1571" w:type="dxa"/>
            <w:vAlign w:val="center"/>
          </w:tcPr>
          <w:p w14:paraId="127141D3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0A282D35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077" w:type="dxa"/>
            <w:vAlign w:val="center"/>
          </w:tcPr>
          <w:p w14:paraId="08B51356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A4CA3D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3D087C24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D127C6E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820082" w:rsidRPr="00234138" w14:paraId="0B144FAC" w14:textId="693C5BE1" w:rsidTr="00820082">
        <w:trPr>
          <w:trHeight w:val="493"/>
        </w:trPr>
        <w:tc>
          <w:tcPr>
            <w:tcW w:w="1775" w:type="dxa"/>
            <w:vAlign w:val="center"/>
          </w:tcPr>
          <w:p w14:paraId="35F5F56E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Network &amp; System Support</w:t>
            </w:r>
          </w:p>
        </w:tc>
        <w:tc>
          <w:tcPr>
            <w:tcW w:w="1571" w:type="dxa"/>
            <w:vAlign w:val="center"/>
          </w:tcPr>
          <w:p w14:paraId="221F0AA5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37D53B4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077" w:type="dxa"/>
            <w:vAlign w:val="center"/>
          </w:tcPr>
          <w:p w14:paraId="725DC857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27CCE4D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5787DE92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276" w:type="dxa"/>
            <w:vAlign w:val="center"/>
          </w:tcPr>
          <w:p w14:paraId="4B9DB15C" w14:textId="77777777" w:rsidR="00820082" w:rsidRPr="00234138" w:rsidRDefault="00820082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</w:tbl>
    <w:p w14:paraId="4D3D21FA" w14:textId="77777777" w:rsidR="00234138" w:rsidRDefault="00234138" w:rsidP="00234138">
      <w:pPr>
        <w:pStyle w:val="ListParagraph"/>
        <w:spacing w:before="120" w:after="120"/>
        <w:ind w:left="426"/>
        <w:contextualSpacing w:val="0"/>
        <w:rPr>
          <w:color w:val="auto"/>
          <w:sz w:val="22"/>
        </w:rPr>
      </w:pPr>
    </w:p>
    <w:p w14:paraId="5C35A0B5" w14:textId="77777777" w:rsidR="00234138" w:rsidRDefault="00234138">
      <w:pPr>
        <w:rPr>
          <w:color w:val="auto"/>
          <w:sz w:val="22"/>
        </w:rPr>
      </w:pPr>
      <w:r>
        <w:rPr>
          <w:color w:val="auto"/>
          <w:sz w:val="22"/>
        </w:rPr>
        <w:br w:type="page"/>
      </w:r>
    </w:p>
    <w:p w14:paraId="66ED2EF7" w14:textId="3D4D5EAB" w:rsidR="007813CE" w:rsidRPr="00234138" w:rsidRDefault="00A16AB0" w:rsidP="00234138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lastRenderedPageBreak/>
        <w:t>CERTIFICATIONS (at company level)</w:t>
      </w:r>
    </w:p>
    <w:tbl>
      <w:tblPr>
        <w:tblStyle w:val="TableGrid"/>
        <w:tblW w:w="754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97"/>
        <w:gridCol w:w="1417"/>
        <w:gridCol w:w="1701"/>
        <w:gridCol w:w="2126"/>
      </w:tblGrid>
      <w:tr w:rsidR="00A16AB0" w:rsidRPr="00234138" w14:paraId="32391647" w14:textId="1E6E88C8" w:rsidTr="00234138">
        <w:trPr>
          <w:trHeight w:val="1078"/>
        </w:trPr>
        <w:tc>
          <w:tcPr>
            <w:tcW w:w="2297" w:type="dxa"/>
            <w:vAlign w:val="center"/>
          </w:tcPr>
          <w:p w14:paraId="0C08CEE9" w14:textId="7B02E2D1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 xml:space="preserve">Certification </w:t>
            </w:r>
          </w:p>
        </w:tc>
        <w:tc>
          <w:tcPr>
            <w:tcW w:w="1417" w:type="dxa"/>
            <w:vAlign w:val="center"/>
          </w:tcPr>
          <w:p w14:paraId="48F676D1" w14:textId="240928FA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Name of certification</w:t>
            </w:r>
          </w:p>
        </w:tc>
        <w:tc>
          <w:tcPr>
            <w:tcW w:w="1701" w:type="dxa"/>
          </w:tcPr>
          <w:p w14:paraId="48FB28F1" w14:textId="5D410CF6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Renewal dates / Expiry dates</w:t>
            </w:r>
          </w:p>
        </w:tc>
        <w:tc>
          <w:tcPr>
            <w:tcW w:w="2126" w:type="dxa"/>
          </w:tcPr>
          <w:p w14:paraId="5444A0B0" w14:textId="4D9ADC1D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11821BDA" w14:textId="2785550C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Comments</w:t>
            </w:r>
          </w:p>
        </w:tc>
      </w:tr>
      <w:tr w:rsidR="00A16AB0" w:rsidRPr="00234138" w14:paraId="613FA269" w14:textId="477340B4" w:rsidTr="00234138">
        <w:trPr>
          <w:trHeight w:val="805"/>
        </w:trPr>
        <w:tc>
          <w:tcPr>
            <w:tcW w:w="2297" w:type="dxa"/>
            <w:vAlign w:val="center"/>
          </w:tcPr>
          <w:p w14:paraId="53188047" w14:textId="6AB4F85F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ISO Certifications</w:t>
            </w:r>
          </w:p>
        </w:tc>
        <w:tc>
          <w:tcPr>
            <w:tcW w:w="1417" w:type="dxa"/>
            <w:vAlign w:val="center"/>
          </w:tcPr>
          <w:p w14:paraId="6DFDFF81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443FDE4A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2471121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2B86104F" w14:textId="665E7F50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226FC767" w14:textId="77777777" w:rsidTr="00234138">
        <w:trPr>
          <w:trHeight w:val="805"/>
        </w:trPr>
        <w:tc>
          <w:tcPr>
            <w:tcW w:w="2297" w:type="dxa"/>
            <w:vAlign w:val="center"/>
          </w:tcPr>
          <w:p w14:paraId="2B391D40" w14:textId="77777777" w:rsidR="00A16AB0" w:rsidRPr="00234138" w:rsidRDefault="00A16AB0" w:rsidP="00234138">
            <w:pPr>
              <w:spacing w:before="60" w:after="60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ITIL Certification</w:t>
            </w:r>
          </w:p>
          <w:p w14:paraId="1E28DBE6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088D289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55AB8859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3C018C4A" w14:textId="0B68FC81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11C965D7" w14:textId="77777777" w:rsidTr="00234138">
        <w:trPr>
          <w:trHeight w:val="805"/>
        </w:trPr>
        <w:tc>
          <w:tcPr>
            <w:tcW w:w="2297" w:type="dxa"/>
            <w:vAlign w:val="center"/>
          </w:tcPr>
          <w:p w14:paraId="3C0A3F42" w14:textId="4851E5EE" w:rsidR="00A16AB0" w:rsidRPr="00234138" w:rsidRDefault="00A16AB0" w:rsidP="007813CE">
            <w:pPr>
              <w:spacing w:before="60" w:after="60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 xml:space="preserve">Backups </w:t>
            </w:r>
            <w:r w:rsidR="00234138" w:rsidRPr="00234138">
              <w:rPr>
                <w:b w:val="0"/>
                <w:bCs/>
                <w:color w:val="auto"/>
                <w:sz w:val="22"/>
              </w:rPr>
              <w:t>certification</w:t>
            </w:r>
            <w:r w:rsidRPr="00234138">
              <w:rPr>
                <w:b w:val="0"/>
                <w:bCs/>
                <w:color w:val="auto"/>
                <w:sz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02990EE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05A9EA7C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62953970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  <w:tr w:rsidR="00A16AB0" w:rsidRPr="00234138" w14:paraId="4B225E2F" w14:textId="77777777" w:rsidTr="00234138">
        <w:trPr>
          <w:trHeight w:val="805"/>
        </w:trPr>
        <w:tc>
          <w:tcPr>
            <w:tcW w:w="2297" w:type="dxa"/>
            <w:vAlign w:val="center"/>
          </w:tcPr>
          <w:p w14:paraId="27E1D3DD" w14:textId="17A17948" w:rsidR="00A16AB0" w:rsidRPr="00234138" w:rsidRDefault="00A16AB0" w:rsidP="007813CE">
            <w:pPr>
              <w:spacing w:before="60" w:after="60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Other (if applicable)</w:t>
            </w:r>
          </w:p>
        </w:tc>
        <w:tc>
          <w:tcPr>
            <w:tcW w:w="1417" w:type="dxa"/>
            <w:vAlign w:val="center"/>
          </w:tcPr>
          <w:p w14:paraId="1D8998D5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701" w:type="dxa"/>
          </w:tcPr>
          <w:p w14:paraId="39F711AD" w14:textId="77777777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2126" w:type="dxa"/>
          </w:tcPr>
          <w:p w14:paraId="42B8EB29" w14:textId="309AB3F9" w:rsidR="00A16AB0" w:rsidRPr="00234138" w:rsidRDefault="00A16AB0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</w:tbl>
    <w:p w14:paraId="79F67696" w14:textId="76DE9320" w:rsidR="00346263" w:rsidRPr="00234138" w:rsidRDefault="00A16AB0" w:rsidP="00234138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>OEM PARTNERSHIPS</w:t>
      </w:r>
    </w:p>
    <w:tbl>
      <w:tblPr>
        <w:tblStyle w:val="TableGrid"/>
        <w:tblW w:w="754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297"/>
        <w:gridCol w:w="1559"/>
        <w:gridCol w:w="1984"/>
        <w:gridCol w:w="1701"/>
      </w:tblGrid>
      <w:tr w:rsidR="007813CE" w:rsidRPr="00234138" w14:paraId="256EB189" w14:textId="3D5E712A" w:rsidTr="00820082">
        <w:trPr>
          <w:trHeight w:val="1078"/>
        </w:trPr>
        <w:tc>
          <w:tcPr>
            <w:tcW w:w="2297" w:type="dxa"/>
            <w:vAlign w:val="center"/>
          </w:tcPr>
          <w:p w14:paraId="0C0D1FA7" w14:textId="2063AEC0" w:rsidR="007813CE" w:rsidRPr="00234138" w:rsidRDefault="007813CE" w:rsidP="00820082">
            <w:pPr>
              <w:spacing w:before="60" w:after="60"/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OEM Partnerships</w:t>
            </w:r>
          </w:p>
          <w:p w14:paraId="7218D009" w14:textId="141F33A6" w:rsidR="007813CE" w:rsidRPr="00234138" w:rsidRDefault="007813CE" w:rsidP="00820082">
            <w:pPr>
              <w:jc w:val="center"/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CF1DB16" w14:textId="054CDA4C" w:rsidR="007813CE" w:rsidRPr="00234138" w:rsidRDefault="007813CE" w:rsidP="00820082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 xml:space="preserve">Description of </w:t>
            </w:r>
            <w:r w:rsidR="00820082">
              <w:rPr>
                <w:b w:val="0"/>
                <w:bCs/>
                <w:color w:val="auto"/>
                <w:sz w:val="22"/>
              </w:rPr>
              <w:t>P</w:t>
            </w:r>
            <w:r w:rsidRPr="00234138">
              <w:rPr>
                <w:b w:val="0"/>
                <w:bCs/>
                <w:color w:val="auto"/>
                <w:sz w:val="22"/>
              </w:rPr>
              <w:t>artnership</w:t>
            </w:r>
          </w:p>
        </w:tc>
        <w:tc>
          <w:tcPr>
            <w:tcW w:w="1984" w:type="dxa"/>
            <w:vAlign w:val="center"/>
          </w:tcPr>
          <w:p w14:paraId="3242DC6A" w14:textId="0FF44027" w:rsidR="007813CE" w:rsidRPr="00234138" w:rsidRDefault="007813CE" w:rsidP="00820082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 xml:space="preserve">Status of </w:t>
            </w:r>
            <w:r w:rsidR="00820082">
              <w:rPr>
                <w:b w:val="0"/>
                <w:bCs/>
                <w:color w:val="auto"/>
                <w:sz w:val="22"/>
              </w:rPr>
              <w:t>P</w:t>
            </w:r>
            <w:r w:rsidRPr="00234138">
              <w:rPr>
                <w:b w:val="0"/>
                <w:bCs/>
                <w:color w:val="auto"/>
                <w:sz w:val="22"/>
              </w:rPr>
              <w:t>artnership</w:t>
            </w:r>
          </w:p>
        </w:tc>
        <w:tc>
          <w:tcPr>
            <w:tcW w:w="1701" w:type="dxa"/>
            <w:vAlign w:val="center"/>
          </w:tcPr>
          <w:p w14:paraId="6B281A1E" w14:textId="3DB3E26E" w:rsidR="007813CE" w:rsidRPr="00234138" w:rsidRDefault="007813CE" w:rsidP="00820082">
            <w:pPr>
              <w:jc w:val="center"/>
              <w:rPr>
                <w:b w:val="0"/>
                <w:bCs/>
                <w:color w:val="auto"/>
                <w:sz w:val="22"/>
              </w:rPr>
            </w:pPr>
            <w:r w:rsidRPr="00234138">
              <w:rPr>
                <w:b w:val="0"/>
                <w:bCs/>
                <w:color w:val="auto"/>
                <w:sz w:val="22"/>
              </w:rPr>
              <w:t>Renewal dates / Expiry dates</w:t>
            </w:r>
          </w:p>
        </w:tc>
      </w:tr>
      <w:tr w:rsidR="007813CE" w:rsidRPr="00234138" w14:paraId="13F29F5C" w14:textId="7C7EE423" w:rsidTr="00820082">
        <w:trPr>
          <w:trHeight w:val="805"/>
        </w:trPr>
        <w:tc>
          <w:tcPr>
            <w:tcW w:w="2297" w:type="dxa"/>
            <w:vAlign w:val="center"/>
          </w:tcPr>
          <w:p w14:paraId="229DA6BE" w14:textId="4ED641A8" w:rsidR="007813CE" w:rsidRPr="00234138" w:rsidRDefault="007813CE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51295ED" w14:textId="77777777" w:rsidR="007813CE" w:rsidRPr="00234138" w:rsidRDefault="007813CE" w:rsidP="004E5B87">
            <w:pPr>
              <w:rPr>
                <w:b w:val="0"/>
                <w:bCs/>
                <w:color w:val="auto"/>
                <w:sz w:val="22"/>
              </w:rPr>
            </w:pPr>
          </w:p>
          <w:p w14:paraId="050E62D8" w14:textId="77777777" w:rsidR="007813CE" w:rsidRPr="00234138" w:rsidRDefault="007813CE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3009A83F" w14:textId="77777777" w:rsidR="007813CE" w:rsidRPr="00234138" w:rsidRDefault="007813CE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B02FAA4" w14:textId="77777777" w:rsidR="007813CE" w:rsidRPr="00234138" w:rsidRDefault="007813CE" w:rsidP="004E5B87">
            <w:pPr>
              <w:rPr>
                <w:b w:val="0"/>
                <w:bCs/>
                <w:color w:val="auto"/>
                <w:sz w:val="22"/>
              </w:rPr>
            </w:pPr>
          </w:p>
        </w:tc>
      </w:tr>
    </w:tbl>
    <w:p w14:paraId="0207394E" w14:textId="77777777" w:rsidR="007813CE" w:rsidRPr="00234138" w:rsidRDefault="007813CE" w:rsidP="00F311F9">
      <w:pPr>
        <w:spacing w:before="60" w:after="60"/>
        <w:ind w:left="425"/>
        <w:rPr>
          <w:b w:val="0"/>
          <w:bCs/>
          <w:color w:val="auto"/>
          <w:sz w:val="22"/>
        </w:rPr>
      </w:pPr>
    </w:p>
    <w:p w14:paraId="69B30A95" w14:textId="77777777" w:rsidR="00012A60" w:rsidRPr="00234138" w:rsidRDefault="00012A60">
      <w:pPr>
        <w:rPr>
          <w:color w:val="auto"/>
          <w:sz w:val="22"/>
        </w:rPr>
      </w:pPr>
      <w:r w:rsidRPr="00234138">
        <w:rPr>
          <w:color w:val="auto"/>
          <w:sz w:val="22"/>
        </w:rPr>
        <w:br w:type="page"/>
      </w:r>
    </w:p>
    <w:p w14:paraId="706D1B9D" w14:textId="76CB20B7" w:rsidR="00346263" w:rsidRPr="00234138" w:rsidRDefault="00E736A9" w:rsidP="00820082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lastRenderedPageBreak/>
        <w:t>DECLARATION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654"/>
        <w:gridCol w:w="3550"/>
      </w:tblGrid>
      <w:tr w:rsidR="00E736A9" w:rsidRPr="00234138" w14:paraId="5FB32C2A" w14:textId="77777777" w:rsidTr="00E736A9">
        <w:tc>
          <w:tcPr>
            <w:tcW w:w="4785" w:type="dxa"/>
          </w:tcPr>
          <w:p w14:paraId="513F7F47" w14:textId="33769EC4" w:rsidR="00E736A9" w:rsidRPr="00234138" w:rsidRDefault="00E736A9" w:rsidP="00E736A9">
            <w:pPr>
              <w:pStyle w:val="ListParagraph"/>
              <w:ind w:left="0"/>
              <w:contextualSpacing w:val="0"/>
              <w:jc w:val="center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3645" w:type="dxa"/>
          </w:tcPr>
          <w:p w14:paraId="0C02BA56" w14:textId="608DB290" w:rsidR="00E736A9" w:rsidRPr="00234138" w:rsidRDefault="00E736A9" w:rsidP="00E736A9">
            <w:pPr>
              <w:pStyle w:val="ListParagraph"/>
              <w:ind w:left="0"/>
              <w:contextualSpacing w:val="0"/>
              <w:jc w:val="center"/>
              <w:rPr>
                <w:b w:val="0"/>
                <w:bCs/>
                <w:i/>
                <w:iCs/>
                <w:color w:val="auto"/>
                <w:sz w:val="22"/>
              </w:rPr>
            </w:pPr>
            <w:r w:rsidRPr="00234138">
              <w:rPr>
                <w:b w:val="0"/>
                <w:bCs/>
                <w:i/>
                <w:iCs/>
                <w:color w:val="auto"/>
                <w:sz w:val="22"/>
              </w:rPr>
              <w:t>Please Confirm or Comment</w:t>
            </w:r>
          </w:p>
        </w:tc>
      </w:tr>
      <w:tr w:rsidR="00E736A9" w:rsidRPr="00234138" w14:paraId="009B004A" w14:textId="77777777" w:rsidTr="00E736A9">
        <w:tc>
          <w:tcPr>
            <w:tcW w:w="4785" w:type="dxa"/>
          </w:tcPr>
          <w:p w14:paraId="0993A050" w14:textId="6E21E752" w:rsidR="00E736A9" w:rsidRPr="00234138" w:rsidRDefault="00E736A9" w:rsidP="00E736A9">
            <w:pPr>
              <w:pStyle w:val="ListParagraph"/>
              <w:ind w:left="0"/>
              <w:contextualSpacing w:val="0"/>
              <w:rPr>
                <w:b w:val="0"/>
                <w:bCs/>
                <w:i/>
                <w:iCs/>
                <w:color w:val="auto"/>
                <w:sz w:val="22"/>
              </w:rPr>
            </w:pPr>
            <w:r w:rsidRPr="00234138">
              <w:rPr>
                <w:b w:val="0"/>
                <w:bCs/>
                <w:i/>
                <w:iCs/>
                <w:color w:val="auto"/>
                <w:sz w:val="22"/>
              </w:rPr>
              <w:t>Information provided is true and correct</w:t>
            </w:r>
          </w:p>
        </w:tc>
        <w:tc>
          <w:tcPr>
            <w:tcW w:w="3645" w:type="dxa"/>
          </w:tcPr>
          <w:p w14:paraId="7F79D987" w14:textId="77777777" w:rsidR="00E736A9" w:rsidRPr="00234138" w:rsidRDefault="00E736A9" w:rsidP="00E736A9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E736A9" w:rsidRPr="00234138" w14:paraId="73DB3098" w14:textId="77777777" w:rsidTr="00E736A9">
        <w:tc>
          <w:tcPr>
            <w:tcW w:w="4785" w:type="dxa"/>
          </w:tcPr>
          <w:p w14:paraId="77B22690" w14:textId="7D909B03" w:rsidR="00E736A9" w:rsidRPr="00234138" w:rsidRDefault="00E736A9" w:rsidP="00E736A9">
            <w:pPr>
              <w:rPr>
                <w:i/>
                <w:iCs/>
                <w:color w:val="auto"/>
                <w:sz w:val="22"/>
              </w:rPr>
            </w:pPr>
            <w:r w:rsidRPr="00234138">
              <w:rPr>
                <w:b w:val="0"/>
                <w:bCs/>
                <w:i/>
                <w:iCs/>
                <w:color w:val="auto"/>
                <w:sz w:val="22"/>
              </w:rPr>
              <w:t>Company complies with applicable laws</w:t>
            </w:r>
          </w:p>
        </w:tc>
        <w:tc>
          <w:tcPr>
            <w:tcW w:w="3645" w:type="dxa"/>
          </w:tcPr>
          <w:p w14:paraId="087E6451" w14:textId="77777777" w:rsidR="00E736A9" w:rsidRPr="00234138" w:rsidRDefault="00E736A9" w:rsidP="00E736A9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E736A9" w:rsidRPr="00234138" w14:paraId="7E0C1943" w14:textId="77777777" w:rsidTr="00E736A9">
        <w:tc>
          <w:tcPr>
            <w:tcW w:w="4785" w:type="dxa"/>
          </w:tcPr>
          <w:p w14:paraId="3AE427C3" w14:textId="6F5A7D94" w:rsidR="00E736A9" w:rsidRPr="00234138" w:rsidRDefault="00E736A9" w:rsidP="00E736A9">
            <w:pPr>
              <w:rPr>
                <w:i/>
                <w:iCs/>
                <w:color w:val="auto"/>
                <w:sz w:val="22"/>
              </w:rPr>
            </w:pPr>
            <w:r w:rsidRPr="00234138">
              <w:rPr>
                <w:b w:val="0"/>
                <w:bCs/>
                <w:i/>
                <w:iCs/>
                <w:color w:val="auto"/>
                <w:sz w:val="22"/>
              </w:rPr>
              <w:t>Company not listed as restricted supplier</w:t>
            </w:r>
          </w:p>
        </w:tc>
        <w:tc>
          <w:tcPr>
            <w:tcW w:w="3645" w:type="dxa"/>
          </w:tcPr>
          <w:p w14:paraId="5DD63715" w14:textId="77777777" w:rsidR="00E736A9" w:rsidRPr="00234138" w:rsidRDefault="00E736A9" w:rsidP="00E736A9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  <w:tr w:rsidR="00E736A9" w:rsidRPr="00234138" w14:paraId="04868328" w14:textId="77777777" w:rsidTr="00E736A9">
        <w:tc>
          <w:tcPr>
            <w:tcW w:w="4785" w:type="dxa"/>
          </w:tcPr>
          <w:p w14:paraId="31320A1D" w14:textId="2F97B2DC" w:rsidR="00E736A9" w:rsidRPr="00234138" w:rsidRDefault="00E736A9" w:rsidP="00E736A9">
            <w:pPr>
              <w:rPr>
                <w:i/>
                <w:iCs/>
                <w:color w:val="auto"/>
                <w:sz w:val="22"/>
              </w:rPr>
            </w:pPr>
            <w:r w:rsidRPr="00234138">
              <w:rPr>
                <w:b w:val="0"/>
                <w:bCs/>
                <w:i/>
                <w:iCs/>
                <w:color w:val="auto"/>
                <w:sz w:val="22"/>
              </w:rPr>
              <w:t>No involvement in fraudulent activities</w:t>
            </w:r>
          </w:p>
        </w:tc>
        <w:tc>
          <w:tcPr>
            <w:tcW w:w="3645" w:type="dxa"/>
          </w:tcPr>
          <w:p w14:paraId="67BACE3A" w14:textId="77777777" w:rsidR="00E736A9" w:rsidRPr="00234138" w:rsidRDefault="00E736A9" w:rsidP="00E736A9">
            <w:pPr>
              <w:pStyle w:val="ListParagraph"/>
              <w:ind w:left="0"/>
              <w:contextualSpacing w:val="0"/>
              <w:rPr>
                <w:color w:val="auto"/>
                <w:sz w:val="22"/>
              </w:rPr>
            </w:pPr>
          </w:p>
        </w:tc>
      </w:tr>
    </w:tbl>
    <w:p w14:paraId="4A0F642B" w14:textId="06C2EB36" w:rsidR="00346263" w:rsidRPr="00234138" w:rsidRDefault="00E736A9" w:rsidP="00820082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>AUTHORIZED SIGNATORY</w:t>
      </w:r>
    </w:p>
    <w:tbl>
      <w:tblPr>
        <w:tblW w:w="0" w:type="auto"/>
        <w:tblInd w:w="4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5535"/>
      </w:tblGrid>
      <w:tr w:rsidR="00234138" w14:paraId="022850A4" w14:textId="77777777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E4805" w14:textId="77777777" w:rsidR="00234138" w:rsidRDefault="00234138">
            <w:pPr>
              <w:spacing w:after="0"/>
              <w:rPr>
                <w:kern w:val="2"/>
                <w:szCs w:val="24"/>
                <w14:ligatures w14:val="standardContextual"/>
              </w:rPr>
            </w:pPr>
            <w:r>
              <w:rPr>
                <w:b w:val="0"/>
                <w:bCs/>
                <w:color w:val="auto"/>
                <w:sz w:val="22"/>
              </w:rPr>
              <w:t>Full Name</w:t>
            </w:r>
          </w:p>
        </w:tc>
        <w:tc>
          <w:tcPr>
            <w:tcW w:w="5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2DDA9C" w14:textId="77777777" w:rsidR="00234138" w:rsidRDefault="00234138">
            <w:pPr>
              <w:spacing w:after="0"/>
            </w:pPr>
          </w:p>
        </w:tc>
      </w:tr>
      <w:tr w:rsidR="00234138" w14:paraId="3ED23DBC" w14:textId="77777777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A5F5F" w14:textId="77777777" w:rsidR="00234138" w:rsidRDefault="00234138">
            <w:pPr>
              <w:spacing w:after="0"/>
            </w:pPr>
            <w:r>
              <w:rPr>
                <w:b w:val="0"/>
                <w:bCs/>
                <w:color w:val="auto"/>
                <w:sz w:val="22"/>
              </w:rPr>
              <w:t>Designation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99768" w14:textId="77777777" w:rsidR="00234138" w:rsidRDefault="00234138">
            <w:pPr>
              <w:spacing w:after="0"/>
            </w:pPr>
          </w:p>
        </w:tc>
      </w:tr>
      <w:tr w:rsidR="00234138" w14:paraId="185C05D5" w14:textId="77777777">
        <w:trPr>
          <w:trHeight w:val="900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71DAE" w14:textId="77777777" w:rsidR="00234138" w:rsidRDefault="00234138">
            <w:pPr>
              <w:spacing w:after="0"/>
            </w:pPr>
            <w:r>
              <w:rPr>
                <w:b w:val="0"/>
                <w:bCs/>
                <w:color w:val="auto"/>
                <w:sz w:val="22"/>
              </w:rPr>
              <w:t>Signature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5A6186" w14:textId="77777777" w:rsidR="00234138" w:rsidRDefault="00234138">
            <w:pPr>
              <w:spacing w:after="0"/>
            </w:pPr>
          </w:p>
        </w:tc>
      </w:tr>
      <w:tr w:rsidR="00234138" w14:paraId="71A76734" w14:textId="77777777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8800B" w14:textId="77777777" w:rsidR="00234138" w:rsidRDefault="00234138">
            <w:pPr>
              <w:spacing w:after="0"/>
            </w:pPr>
            <w:r>
              <w:rPr>
                <w:b w:val="0"/>
                <w:bCs/>
                <w:color w:val="auto"/>
                <w:sz w:val="22"/>
              </w:rPr>
              <w:t>Date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4DA4B" w14:textId="77777777" w:rsidR="00234138" w:rsidRDefault="00234138">
            <w:pPr>
              <w:spacing w:after="0"/>
            </w:pPr>
          </w:p>
        </w:tc>
      </w:tr>
    </w:tbl>
    <w:p w14:paraId="0898429D" w14:textId="6B1912E2" w:rsidR="00346263" w:rsidRPr="00234138" w:rsidRDefault="00733EC7" w:rsidP="00820082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 xml:space="preserve">SUPPORTING DOCUMENTS TO BE ATTACHED WITH THE SELF-DECLARATION FORM </w:t>
      </w:r>
    </w:p>
    <w:p w14:paraId="6A9B55BC" w14:textId="566F2227" w:rsidR="00ED755B" w:rsidRPr="00234138" w:rsidRDefault="00ED755B" w:rsidP="00234138">
      <w:pPr>
        <w:pStyle w:val="ListParagraph"/>
        <w:numPr>
          <w:ilvl w:val="0"/>
          <w:numId w:val="13"/>
        </w:numPr>
        <w:spacing w:before="60" w:after="60"/>
        <w:rPr>
          <w:b w:val="0"/>
          <w:bCs/>
          <w:color w:val="auto"/>
          <w:sz w:val="22"/>
        </w:rPr>
      </w:pPr>
      <w:r w:rsidRPr="00234138">
        <w:rPr>
          <w:b w:val="0"/>
          <w:bCs/>
          <w:color w:val="auto"/>
          <w:sz w:val="22"/>
        </w:rPr>
        <w:t>OEM Partnership Certificat</w:t>
      </w:r>
      <w:r w:rsidR="000321EF" w:rsidRPr="00234138">
        <w:rPr>
          <w:b w:val="0"/>
          <w:bCs/>
          <w:color w:val="auto"/>
          <w:sz w:val="22"/>
        </w:rPr>
        <w:t>e(s)</w:t>
      </w:r>
    </w:p>
    <w:p w14:paraId="022611CB" w14:textId="141993BB" w:rsidR="000321EF" w:rsidRPr="00234138" w:rsidRDefault="000321EF" w:rsidP="00234138">
      <w:pPr>
        <w:pStyle w:val="ListParagraph"/>
        <w:numPr>
          <w:ilvl w:val="0"/>
          <w:numId w:val="13"/>
        </w:numPr>
        <w:spacing w:before="60" w:after="60"/>
        <w:rPr>
          <w:b w:val="0"/>
          <w:bCs/>
          <w:color w:val="auto"/>
          <w:sz w:val="22"/>
        </w:rPr>
      </w:pPr>
      <w:r w:rsidRPr="00234138">
        <w:rPr>
          <w:b w:val="0"/>
          <w:bCs/>
          <w:color w:val="auto"/>
          <w:sz w:val="22"/>
        </w:rPr>
        <w:t xml:space="preserve">Copies of Certificates </w:t>
      </w:r>
      <w:r w:rsidR="00F311F9" w:rsidRPr="00234138">
        <w:rPr>
          <w:b w:val="0"/>
          <w:bCs/>
          <w:color w:val="auto"/>
          <w:sz w:val="22"/>
        </w:rPr>
        <w:t>for the Engineers</w:t>
      </w:r>
    </w:p>
    <w:p w14:paraId="545D2D87" w14:textId="4B665F11" w:rsidR="00A16AB0" w:rsidRPr="00234138" w:rsidRDefault="00A16AB0" w:rsidP="00234138">
      <w:pPr>
        <w:pStyle w:val="ListParagraph"/>
        <w:numPr>
          <w:ilvl w:val="0"/>
          <w:numId w:val="13"/>
        </w:numPr>
        <w:spacing w:before="60" w:after="60"/>
        <w:rPr>
          <w:b w:val="0"/>
          <w:bCs/>
          <w:color w:val="auto"/>
          <w:sz w:val="22"/>
        </w:rPr>
      </w:pPr>
      <w:r w:rsidRPr="00234138">
        <w:rPr>
          <w:b w:val="0"/>
          <w:bCs/>
          <w:color w:val="auto"/>
          <w:sz w:val="22"/>
        </w:rPr>
        <w:t xml:space="preserve">Any other documents that provide additional self-declaration information </w:t>
      </w:r>
    </w:p>
    <w:p w14:paraId="2FDDD4B4" w14:textId="1FA14AAD" w:rsidR="00D36E4F" w:rsidRPr="00234138" w:rsidRDefault="00733EC7" w:rsidP="00820082">
      <w:pPr>
        <w:pStyle w:val="ListParagraph"/>
        <w:numPr>
          <w:ilvl w:val="0"/>
          <w:numId w:val="12"/>
        </w:numPr>
        <w:spacing w:before="120" w:after="120"/>
        <w:ind w:left="426" w:hanging="426"/>
        <w:contextualSpacing w:val="0"/>
        <w:rPr>
          <w:color w:val="auto"/>
          <w:sz w:val="22"/>
        </w:rPr>
      </w:pPr>
      <w:r w:rsidRPr="00234138">
        <w:rPr>
          <w:color w:val="auto"/>
          <w:sz w:val="22"/>
        </w:rPr>
        <w:t xml:space="preserve">THE PROPOSAL </w:t>
      </w:r>
    </w:p>
    <w:p w14:paraId="49290CA3" w14:textId="77A30463" w:rsidR="00234138" w:rsidRPr="00820082" w:rsidRDefault="007F4477" w:rsidP="00E73DB8">
      <w:pPr>
        <w:spacing w:before="60" w:after="60"/>
        <w:ind w:left="425"/>
        <w:rPr>
          <w:b w:val="0"/>
          <w:bCs/>
          <w:color w:val="auto"/>
          <w:sz w:val="22"/>
        </w:rPr>
      </w:pPr>
      <w:r w:rsidRPr="00234138">
        <w:rPr>
          <w:b w:val="0"/>
          <w:bCs/>
          <w:color w:val="auto"/>
          <w:sz w:val="22"/>
        </w:rPr>
        <w:t>In no more than two pages p</w:t>
      </w:r>
      <w:r w:rsidR="00D36E4F" w:rsidRPr="00234138">
        <w:rPr>
          <w:b w:val="0"/>
          <w:bCs/>
          <w:color w:val="auto"/>
          <w:sz w:val="22"/>
        </w:rPr>
        <w:t xml:space="preserve">lease provide </w:t>
      </w:r>
      <w:r w:rsidRPr="00234138">
        <w:rPr>
          <w:b w:val="0"/>
          <w:bCs/>
          <w:color w:val="auto"/>
          <w:sz w:val="22"/>
        </w:rPr>
        <w:t xml:space="preserve">executive summary of your </w:t>
      </w:r>
      <w:r w:rsidR="00D36E4F" w:rsidRPr="00234138">
        <w:rPr>
          <w:b w:val="0"/>
          <w:bCs/>
          <w:color w:val="auto"/>
          <w:sz w:val="22"/>
        </w:rPr>
        <w:t>prop</w:t>
      </w:r>
      <w:r w:rsidRPr="00234138">
        <w:rPr>
          <w:b w:val="0"/>
          <w:bCs/>
          <w:color w:val="auto"/>
          <w:sz w:val="22"/>
        </w:rPr>
        <w:t xml:space="preserve">osal towards addressing Eskom Backup requirements considering the </w:t>
      </w:r>
      <w:r w:rsidR="00A16AB0" w:rsidRPr="00234138">
        <w:rPr>
          <w:b w:val="0"/>
          <w:bCs/>
          <w:color w:val="auto"/>
          <w:sz w:val="22"/>
        </w:rPr>
        <w:t xml:space="preserve">requirements stated </w:t>
      </w:r>
      <w:r w:rsidR="00234138">
        <w:rPr>
          <w:b w:val="0"/>
          <w:bCs/>
          <w:color w:val="auto"/>
          <w:sz w:val="22"/>
        </w:rPr>
        <w:t>in the RFP</w:t>
      </w:r>
      <w:r w:rsidR="00E73DB8">
        <w:rPr>
          <w:b w:val="0"/>
          <w:bCs/>
          <w:color w:val="auto"/>
          <w:sz w:val="22"/>
        </w:rPr>
        <w:t>.</w:t>
      </w:r>
    </w:p>
    <w:p w14:paraId="6EC73575" w14:textId="3EE7EE86" w:rsidR="007F4477" w:rsidRPr="00234138" w:rsidRDefault="007F4477" w:rsidP="007F4477">
      <w:pPr>
        <w:spacing w:before="60" w:after="60"/>
        <w:ind w:left="425"/>
        <w:rPr>
          <w:b w:val="0"/>
          <w:bCs/>
          <w:color w:val="auto"/>
          <w:sz w:val="22"/>
        </w:rPr>
      </w:pPr>
    </w:p>
    <w:p w14:paraId="30BE688F" w14:textId="1282BAA9" w:rsidR="00D36E4F" w:rsidRPr="00234138" w:rsidRDefault="00D36E4F" w:rsidP="007F4477">
      <w:pPr>
        <w:spacing w:before="60" w:after="60"/>
        <w:ind w:left="425"/>
        <w:rPr>
          <w:b w:val="0"/>
          <w:bCs/>
          <w:color w:val="auto"/>
          <w:sz w:val="22"/>
        </w:rPr>
      </w:pPr>
    </w:p>
    <w:sectPr w:rsidR="00D36E4F" w:rsidRPr="00234138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A2EB3" w14:textId="77777777" w:rsidR="0011488E" w:rsidRDefault="0011488E">
      <w:pPr>
        <w:spacing w:after="0" w:line="240" w:lineRule="auto"/>
      </w:pPr>
      <w:r>
        <w:separator/>
      </w:r>
    </w:p>
  </w:endnote>
  <w:endnote w:type="continuationSeparator" w:id="0">
    <w:p w14:paraId="08A0D074" w14:textId="77777777" w:rsidR="0011488E" w:rsidRDefault="00114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B3B1" w14:textId="77777777" w:rsidR="00346263" w:rsidRDefault="00013BF3">
    <w:pPr>
      <w:pStyle w:val="Footer"/>
      <w:jc w:val="center"/>
    </w:pPr>
    <w:r>
      <w:t>Confidential | Eskom Tender Supporting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B62D5" w14:textId="77777777" w:rsidR="0011488E" w:rsidRDefault="0011488E">
      <w:pPr>
        <w:spacing w:after="0" w:line="240" w:lineRule="auto"/>
      </w:pPr>
      <w:r>
        <w:separator/>
      </w:r>
    </w:p>
  </w:footnote>
  <w:footnote w:type="continuationSeparator" w:id="0">
    <w:p w14:paraId="7B3F28EB" w14:textId="77777777" w:rsidR="0011488E" w:rsidRDefault="00114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8CDB1" w14:textId="77777777" w:rsidR="00346263" w:rsidRDefault="00013BF3">
    <w:pPr>
      <w:pStyle w:val="Header"/>
      <w:jc w:val="center"/>
    </w:pPr>
    <w:r>
      <w:rPr>
        <w:sz w:val="20"/>
      </w:rPr>
      <w:t>ESKOM HOLDINGS SOC LTD | SELF-DECLARATION COMPANY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AD2BF6"/>
    <w:multiLevelType w:val="hybridMultilevel"/>
    <w:tmpl w:val="632631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13DD1"/>
    <w:multiLevelType w:val="hybridMultilevel"/>
    <w:tmpl w:val="9BD84852"/>
    <w:lvl w:ilvl="0" w:tplc="1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1" w15:restartNumberingAfterBreak="0">
    <w:nsid w:val="43DA4F1E"/>
    <w:multiLevelType w:val="hybridMultilevel"/>
    <w:tmpl w:val="D890CC3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2" w15:restartNumberingAfterBreak="0">
    <w:nsid w:val="46C66442"/>
    <w:multiLevelType w:val="hybridMultilevel"/>
    <w:tmpl w:val="2828F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7700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0958997">
    <w:abstractNumId w:val="8"/>
  </w:num>
  <w:num w:numId="2" w16cid:durableId="193006885">
    <w:abstractNumId w:val="6"/>
  </w:num>
  <w:num w:numId="3" w16cid:durableId="2029060478">
    <w:abstractNumId w:val="5"/>
  </w:num>
  <w:num w:numId="4" w16cid:durableId="647855328">
    <w:abstractNumId w:val="4"/>
  </w:num>
  <w:num w:numId="5" w16cid:durableId="1009792348">
    <w:abstractNumId w:val="7"/>
  </w:num>
  <w:num w:numId="6" w16cid:durableId="1450468564">
    <w:abstractNumId w:val="3"/>
  </w:num>
  <w:num w:numId="7" w16cid:durableId="586885629">
    <w:abstractNumId w:val="2"/>
  </w:num>
  <w:num w:numId="8" w16cid:durableId="1103526269">
    <w:abstractNumId w:val="1"/>
  </w:num>
  <w:num w:numId="9" w16cid:durableId="2070104044">
    <w:abstractNumId w:val="0"/>
  </w:num>
  <w:num w:numId="10" w16cid:durableId="904029268">
    <w:abstractNumId w:val="12"/>
  </w:num>
  <w:num w:numId="11" w16cid:durableId="104160679">
    <w:abstractNumId w:val="9"/>
  </w:num>
  <w:num w:numId="12" w16cid:durableId="44065697">
    <w:abstractNumId w:val="13"/>
  </w:num>
  <w:num w:numId="13" w16cid:durableId="2090226197">
    <w:abstractNumId w:val="10"/>
  </w:num>
  <w:num w:numId="14" w16cid:durableId="10149577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A60"/>
    <w:rsid w:val="00013BF3"/>
    <w:rsid w:val="000321EF"/>
    <w:rsid w:val="00034616"/>
    <w:rsid w:val="0006063C"/>
    <w:rsid w:val="0011488E"/>
    <w:rsid w:val="0015074B"/>
    <w:rsid w:val="00182BC5"/>
    <w:rsid w:val="002235BF"/>
    <w:rsid w:val="00234138"/>
    <w:rsid w:val="00281542"/>
    <w:rsid w:val="002924F5"/>
    <w:rsid w:val="0029639D"/>
    <w:rsid w:val="00326F90"/>
    <w:rsid w:val="00346263"/>
    <w:rsid w:val="00420C8A"/>
    <w:rsid w:val="00733EC7"/>
    <w:rsid w:val="007813CE"/>
    <w:rsid w:val="007F4477"/>
    <w:rsid w:val="00820082"/>
    <w:rsid w:val="009339E7"/>
    <w:rsid w:val="00A16AB0"/>
    <w:rsid w:val="00AA1D8D"/>
    <w:rsid w:val="00B47730"/>
    <w:rsid w:val="00B90256"/>
    <w:rsid w:val="00CB0664"/>
    <w:rsid w:val="00D36E4F"/>
    <w:rsid w:val="00E547E0"/>
    <w:rsid w:val="00E736A9"/>
    <w:rsid w:val="00E73DB8"/>
    <w:rsid w:val="00EB5789"/>
    <w:rsid w:val="00ED755B"/>
    <w:rsid w:val="00F311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11B07EF"/>
  <w14:defaultImageDpi w14:val="300"/>
  <w15:docId w15:val="{7D97226F-AF77-49AC-97AE-FC9E910C6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b/>
        <w:color w:val="006699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3CE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 w:val="0"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 w:val="0"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 w:val="0"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 w:val="0"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 w:val="0"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 w:val="0"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 w:val="0"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 w:val="0"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 w:val="0"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420C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6D02FCE6A74419AE18F98780175D2" ma:contentTypeVersion="3" ma:contentTypeDescription="Create a new document." ma:contentTypeScope="" ma:versionID="f95e59bc1e5fc913edabbacb1bb245bb">
  <xsd:schema xmlns:xsd="http://www.w3.org/2001/XMLSchema" xmlns:xs="http://www.w3.org/2001/XMLSchema" xmlns:p="http://schemas.microsoft.com/office/2006/metadata/properties" xmlns:ns2="7b3f8106-9162-44be-a88f-b599caddb732" targetNamespace="http://schemas.microsoft.com/office/2006/metadata/properties" ma:root="true" ma:fieldsID="c1223cf0a4732e8d6e8998caa5310f37" ns2:_="">
    <xsd:import namespace="7b3f8106-9162-44be-a88f-b599caddb7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3f8106-9162-44be-a88f-b599caddb7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F491B5-B60E-43B9-936A-13C2EF2800A8}"/>
</file>

<file path=customXml/itemProps3.xml><?xml version="1.0" encoding="utf-8"?>
<ds:datastoreItem xmlns:ds="http://schemas.openxmlformats.org/officeDocument/2006/customXml" ds:itemID="{1014FDC1-4CCE-4A73-BF32-3159D9E215CD}"/>
</file>

<file path=customXml/itemProps4.xml><?xml version="1.0" encoding="utf-8"?>
<ds:datastoreItem xmlns:ds="http://schemas.openxmlformats.org/officeDocument/2006/customXml" ds:itemID="{7A2F094D-68B7-4DD8-B540-C625715B37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375</Words>
  <Characters>2394</Characters>
  <Application>Microsoft Office Word</Application>
  <DocSecurity>4</DocSecurity>
  <Lines>239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Tsele Maila</dc:creator>
  <cp:keywords/>
  <dc:description>generated by python-docx</dc:description>
  <cp:lastModifiedBy>Tsele Maila</cp:lastModifiedBy>
  <cp:revision>2</cp:revision>
  <dcterms:created xsi:type="dcterms:W3CDTF">2026-07-08T06:21:00Z</dcterms:created>
  <dcterms:modified xsi:type="dcterms:W3CDTF">2026-07-08T06:21:00Z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0x010100BFB6D02FCE6A74419AE18F98780175D2</vt:lpwstr>
  </property>
</Properties>
</file>